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34CB/61/2002 z 28. 12. 2015</w:t>
      </w:r>
    </w:p>
    <w:p>
      <w:r>
        <w:t>Uznesenie Krajského súdu Bratislava z 28. decembra 2015, sp. zn. 34CB/61/2002, ECLI:SK:KSBA:2015:1002898149.29</w:t>
      </w:r>
    </w:p>
    <w:p>
      <w:r>
        <w:t>Súd: Krajský súd Bratislava</w:t>
      </w:r>
    </w:p>
    <w:p>
      <w:r>
        <w:t>Spisová značka: 34CB/61/2002</w:t>
      </w:r>
    </w:p>
    <w:p>
      <w:r>
        <w:t>ECLI: ECLI:SK:KSBA:2015:1002898149.29</w:t>
      </w:r>
    </w:p>
    <w:p>
      <w:r>
        <w:t>Dátum vydania: 28. 12. 2015</w:t>
      </w:r>
    </w:p>
    <w:p>
      <w:r>
        <w:t>Forma: Uznesenie</w:t>
      </w:r>
    </w:p>
    <w:p>
      <w:pPr>
        <w:pStyle w:val="Heading2"/>
      </w:pPr>
      <w:r>
        <w:t>Text rozhodnutia</w:t>
      </w:r>
    </w:p>
    <w:p>
      <w:r>
        <w:t>Súd: Krajský súd Bratislava Spisová značka: 34CB/61/2002 Identifikačné číslo súdneho spisu: 1002898149 Dátum vydania rozhodnutia: 29. 12. 2015 Meno a priezvisko sudcu, VSÚ: JUDr. Peter Pospech ECLI: ECLI:SK:KSBA:2015:1002898149.29 Uznesenie Krajský súd v Bratislave, pred samosudcom JUDr. Petrom Pospechom, v právnej veci žalobcu: UNIVERSUM - INVEST HOUSE, s.r.o., so sídlom Kuzmányho 7, 974 01 Banská Bystrica, IČO: 36 023 272, právne zast. JUDr. Katarínou Igazovou, so sídlom Koceľova 15, 821 08 Bratislava, proti žalovanému: Československá obchodná banka, a.s. so sídlom Michalská 18, 815 63 Bratislava, IČO: 36 854 140, právne zast. JUDr. Pavlom Malichom, advokátom, so sídlom Dunajská 25, 811 08 Bratislava, o zaplatenie sumy 1,699.762,46- Eur istiny s prísl., o náhrade nákladov konania, takto r o z h o d o l : Žalobca je povinný zaplatiť žalovanému trovy konania v celkovej sume 148.964,46 Eur a to do 3 dní od právoplatnosti rozhodnutia. o d ô v o d n e n i e : Uznesením Najvyššieho súdu SR č.k. 5Obo/26/2015 zo dňa 30.11.2015 bolo zrušené uznesenie Krajského súdu v Bratislave pod sp. zn. 34Cb/61/2002, ktorým súd prvého stupňa uložil žalobcovi zaplatiť žalovanému trovy konania v celkovej sume 148.964,46 Eur. Odvolací súd bez nariadenia pojednávania dospel k záveru, že odvolanie žalobcu je dôvodné. Podľa názoru odvolacieho súdu uzneseniu Krajského súdu v Bratislave vykazuje absenciu náležitostí podľa § 157 ods. 2 OSP v tom, že nie je možné vyvodiť, aká bola súdu predložená špecifikácia trov konania zo strany právneho zástupcu žalovaného, teda o akú náhradu trov konania, v akej výške a za aké úkony právnej služby si právny zástupca žalovaného uplatnil pred súdom. Vzhľadom na tieto dôvody bolo úlohou konajúceho súdu svoje rozhodnutie riadne, zrozumiteľne a výstižne odôvodniť v súlade s ust. § 157 ods. 2 OSP. Dňa 2.4.2015 bolo Krajskému súdu v Bratislave predložené vyčíslenie trov konania. Žalovaný si vo vyššie uvedenej veci uplatňuje náhradu trov konania v celkovej sume 148.964,46 Eur. Trovy konania pozostávajú z trov právneho zastúpenia a znalečného. Trovy konania pozostávajú z týchto právnych úkonov: 1/ prevzatie a príprava zastúpenia - trovy 3.193,12 Eur (96.196,- Sk) zo sumy 41,773.000,- Sk + 20% DPH, 2/ písomné podanie na súd vo veci samej zo dňa 24.3.2003 - 3.193,12 Eur (96.196,- Sk) zo sumy 41,773.000,-Sk + 20% DPH, 3/ písomné podanie na súd, týkajúce sa veci samej - vyjadrenie vo veci 10.9.2003 - 3.193,12 Eur (96.196,- Sk) zo sumy 41,773.000,- Sk + 20% DPH, 4/ účasť na pojednávaní dňa 13.11.2003 - odročené bez pojednávania - 798,28 Eur (24.049,- Sk), 1 zo sumy 41,773.000,- Sk + 20% DPH, 5/ réžijný paušál (4x 128,- Sk - 4 úkony 17,- Eur /512,- Sk/ + 20% DPH, 6/ účasť na pojednávaní dňa 15.1.2004, odročené bez pojednávania - 798,28 Eur (24.049,- Sk), 1 zo sumy 41,773.000,- Sk + 20% DPH, 7/ účasť na pojednávaní dňa 19.2.2004 - 3.193,12 Eur (96.196,- Sk zo sumy 41,773.000,- Sk + 20% DPH, 8/ porada s klientom 1.3.2004 - 3.193,12 Eur (96.196,-Sk zo sumy 41,773.000,-Sk + 20% DPH, 9/ písomné podanie na súd vo veci samej, vyjadrenie zo dňa 25.10.2004 -3.193,12 Eur (96.196,- Sk zo sumy 41,773.000,- Sk + 20% DPH, 10/ réžijný paušál (4x 136,- Sk) - 4 úkony v r.2004 -18,06 Eur (544,- Sk) + 20% DPH, 11/ účasť na pojednávaní dňa 19.5.2005 - 3.194,91 Eur (96.250,- Sk) zo sumy 41,773.000,- Sk + 20% DPH, 12/ písomné vyjadrenie na súd vo veci samej zo dňa 11.11.2005 - 3.194,91 Eur (96.250,- Sk) zo sumy 41,773.000,- Sk + 20% DPH, 13/ porada s klientom 30.11.2005 - 3.194,91 Eur (96.250,-Sk zo sumy 41,773.000,-Sk + 20% DPH, 14/ účasť na pojednávaní dňa 1.12.2005 - 4.323,51 Eur (130.250,- Sk zo sumy 58,785.069,- Sk + 20% DPH, 15/ réžijný paušál (4x 150,- Sk) - 4 úkony v r.2005 -19,92 Eur (600,- Sk) + 20% DPH 16/ písomné podanie na súd vo veci samej, vyjadrenie k odvolaniu zo dňa 15.5.2007 - 4.323,51 Eur (130.250,- Sk) zo sumy 58,785.069,- Sk + 20% DPH, 17/ účasť na pojednávaní odvolacieho súdu dňa 17.5.2007 - 4.323,51 Eur (130.250,- Sk) zo sumy 58,785.069,- Sk + 20% DPH, 18/ písomné podanie na súd, vyjadrenie zo dňa 10.9.2007 - 4.323,51 Eur (130.250,- Sk) zo sumy 58,785.069,- Sk + 20% DPH, 19/ účasť na pojednávaní dňa 4.10.2007, odročené bez pojednávania - 1.080,89 Eur (32.563,- Sk) 1 zo sumy 58,785.069,- Sk + 20% DPH, 20/ réžijný paušál (4x 178,- Sk) - 4 úkony v r.2007 -23,63 Eur (712,- Sk) + 20% DPH 21/ účasť na pojednávaní dňa 14.5.2008 - 4.323,51 Eur (130.250,- Sk zo sumy 58,785.069,- Sk + 20% DPH, 22/ účasť na pojednávaní dňa 17.9.2008, odročené bez pojednávania - 1.080,89 Eur (32.563,- Sk) 1 zo sumy 58,785.069,- Sk + 20% DPH, 23/ písomné podanie na súd, vyjadrenie zo dňa 26.11.2008 - 4.323,51 Eur zo sumy 58,785.069,- Sk + 20% DPH, 24/ účasť na pojednávaní dňa 3.12.2008 - 3.826,21 Eur (115.250,- Sk zo sumy 51,207.044,- Sk + 20% DPH, 25/ réžijný paušál (4x 191,- Sk) - 4 úkony v r.2008 - 25,36 Eur (764,- Sk) + 20% DPH 26/ písomné podanie na súd, vyjadrenie zo dňa 28.1.2009 - 3.826,21 Eur zo sumy 1,699.762,46 Eur + 20% DPH, 27/ účasť na pojednávaní dňa 28.1.2009 - 3.826,21 Eur zo sumy 1,699.762,46 Eur + 20% DPH 28/ porada s klientom dňa 12.3.2009 - 3.826,21 Eur zo sumy 1,699.762,46 Eur + 20% DPH, 29/ písomné podanie na súd, vyjadrenie zo dňa 24.3.2009 - 3.826,21 Eur zo sumy 1,699.762,46 Eur + 20% DPH, 30/ účasť na pojednávaní dňa 25.3.2009 - 3.826,21 Eur zo sumy 1,699.762,46 Eur + 20% DPH 31/ účasť na pojednávaní dňa 20.5.2009 - 3.826,21 Eur zo sumy 1,699.762,46 Eur + 20% DPH 32/ účasť na pojednávaní dňa 10.6.2009 - vyhlásenie rozsudku 956,55 Eur = 1/4 zo sumy 1,699.762,46 Eur + 20% DPH 33/ réžijný paušál (7x 6,95- Eur) - 7 úkonov v r. 2009 - 48,65 Eur + 20% DPH 34/ písomné podanie, vyjadrenie zo dňa 24.11.2010 - 3.826,21 Eur zo sumy 1,699.762,46 Eur + 20% DPH, 35/ účasť na pojednávaní dňa 24.11.2010 - 3.826,21 Eur zo sumy 1,699.762,46 Eur + 20% DPH 36/ účasť na pojednávaní dňa 15.10.2010 - vyhlásenie rozsudku 956,55 Eur = 1/4 zo sumy 1,699.762,46 Eur + 20% DPH 37/ réžijný paušál (3x 7,21- Eur) - 3 úkony v r. 2010 - 21,63 Eur + 20% DPH 38/ účasť na pojednávaní dňa 14.6.2012 -3.826,21 Eur zo sumy 1,699.762,46 Eur + 20% DPH 39/ písomné podanie, vyjadrenie vo veci samej - 3.826,21 Eur zo sumy 1,699.762,46 Eur + 20% DPH 40/ účasť na pojednávaní dňa 20.9.2012 - 3.826,21 Eur zo sumy 1,699.762,46 Eur + 20% DPH 41/ účasť na pojednávaní dňa 8.11.2012 - 3.826,21 Eur zo sumy 1,699.762,46 Eur + 20% DPH 42/ účasť na pojednávaní dňa 13.12.2012 - 3.826,21 Eur zo sumy 1,699.762,46 Eur + 20% DPH 43/ réžijný paušál (5x 7,63- Eur) - 5 úkonov v r. 2012 - 38,15 Eur + 20% DPH 44/ účasť na pojednávaní dňa 24.1.2013, odročené bez pojednávania - 965,55 Eur - 1/4 zo sumy 1,699.762,46 Eur + 20% DPH 45/ účasť na pojednávaní dňa 7.3.2013 - 3.826,21 Eur zo sumy 1,699.762,46 Eur + 20% DPH 46/ písomné podanie - záverečné zhrnutie zo dňa 22.3.2013 -- 3.826,21 Eur zo sumy 1,699.762,46 Eur + 20% DPH 47/ účasť na pojednávaní dňa 28.3.2013, vyhlásenie rozsudku - 965,55 Eur 1 zo sumy 1,699.762,46 Eur + 20% DPH 48/ réžijný paušál (4x 7,81- Eur) - 4 úkony v r. 2013 - 31,24 Eur + 20% DPH 49/ DPH 19% zo sumy 123.732,05 Eur - úkony právnej služby č. 1 - 48 50/ trovy dokazovania - znalečné za znal. posudok č. 1/2009, vypracovaný Ing. Ladislavom Nagyom - 486,- Eur. Trovy konania predstavujú spolu sumu 148.964,46 Eur. Trovy právneho zastúpenia pri úkonoch 1 až 10 sú vypočítané podľa § 12 a nasl. vyhl. č. 163/2002 Z.z. o odmenách a náhradách advokátov za poskytovanie právnych služieb. Trovy právneho zastúpenia pri úkonoch 11 až 48 sú vypočítané podľa § 9 a nasl. vyhl. č. 655/2004 Z.z. o odmenách a náhradách advokátov za poskytovanie právnych služieb. Pri úkonoch 1 až 13 žalovaný vychádzal zo sumy 41,773.000,- Sk, čo predstavuje 1,000.000,- Eur pri kurze NBS 41,773 Eur platnom ku dňu podania žaloby na súd, t.j. ku dňu 19.12.2002. Pri úkonoch 14 až 23 žalovaný vychádzal zo sumy 58,785.069,- Sk (43,520.000,- Sk + 15,265.069,- Sk). Táto suma predstavuje výšku náhrady škody (istinu), ktorú si žalobca uplatnil vo svojom návrhu na úpravu (zmenu) petitu zo dňa 30.11.2005. Pri úkonoch č. 24 až 48 sa vychádzalo zo sumy 51,207.044,- Sk (1,699.762,46 Eur) pri kurze 1 Eur =30,126 Sk). Táto suma predstavuje výšku škody, ktorú si žalobca uplatnil v bode 10 svojho podania zo dňa 2.12.2008 a súd v súlade s tým pripustil zmenu svojim uznesením č.k. 34Cb/61/2002-477 zo dňa 3.12.2008. Porada s klientom dňa 1.3.2004 v záujme doloženia dôkazov do súdneho spisu, v súlade s výzvou súdu na pojednávaní, ktoré sa uskutočnilo na pojednávaní dňa 19.2.2004. Porada s klientom uskutočnená dňa 30.11.2005 z dôvodu prípravy na pojednávanie v záujme rozhodnutia vo veci samej na pojednávaní dňa 1.12.2005 a plynutia času od posledného pojednávania. Porada s klientom uskutočnená dňa 12.3.2009 z dôvodu dojednania ďalšieho postupu a objednania znaleckého posudku potom, čo žalobca založil do súdneho spisu znalecké posudky Ing. Jenča a Ing. Ostera. Prílohou vyčíslenia trov konania je fotokópia osvedčenia JUDr. Pavla Malicha pre DPH a faktúra za vypracovanie znaleckého posudku. Vzhľadom na úspešnosť žalovaného v spore, súd rozhodol podľa § 142 ods. 1 OSP v znení tak, ako je uvedené vo výrokovej časti tohto uznesenia. Poučenie: Proti tomuto rozhodnutiu je možné podať odvolanie do 15 dní od jeho doručenia, na Krajskom súde v Bratislave, písomne, dvojmo.</w:t>
      </w:r>
    </w:p>
    <w:p/>
    <w:p>
      <w:r>
        <w:t>Zdroj: KAUZIS.SK – https://www.kauzis.sk/judikatura/r/ECLI:SK:KSBA:2015:1002898149.29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