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44Cbi/53/2002 z 28. 4. 2015</w:t>
      </w:r>
    </w:p>
    <w:p>
      <w:r>
        <w:t>Uznesenie Krajského súdu Bratislava z 28. apríla 2015, sp. zn. 44Cbi/53/2002, ECLI:SK:KSBA:2015:1002899798.13</w:t>
      </w:r>
    </w:p>
    <w:p>
      <w:r>
        <w:t>Súd: Krajský súd Bratislava</w:t>
      </w:r>
    </w:p>
    <w:p>
      <w:r>
        <w:t>Spisová značka: 44Cbi/53/2002</w:t>
      </w:r>
    </w:p>
    <w:p>
      <w:r>
        <w:t>ECLI: ECLI:SK:KSBA:2015:1002899798.13</w:t>
      </w:r>
    </w:p>
    <w:p>
      <w:r>
        <w:t>Dátum vydania: 28.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44Cbi/53/2002 Identifikačné číslo súdneho spisu: 1002899798 Dátum vydania rozhodnutia: 29. 04. 2015 Meno a priezvisko sudcu, VSÚ: JUDr. Jarmila Glončáková ECLI: ECLI:SK:KSBA:2015:1002899798.13 Uznesenie Krajský súd v Bratislave v právnej veci žalobcu v 1. rade D.. W. Q., Q. XX, B., zast. JUDr. M. Pekárom, advokátom, žalobcu v 2. rade D.. F. A., X. XX, B., zast. JUDr. M. Pekárom, advokátom, žalobcu v 3. rade D.. J. A., A. XXX, zast. JUDr. M. Pekárom, advokátom, žalobcu v 4. rade V. A., X. X, B. a žalobcu v 5. rade F. A., X. X, B., proti žalovanému JUDr. Pavel Loduha, správca konkurznej podstaty úpadcu Dopravná poisťovňa, a. s. IČO 31 634 834, Ružinovská 1, Bratislava, o určenie pravosti pohľadávky, takto r o z h o d o l : Súd pripúšťa rozšírenie žaloby, podľa podania žalobcu zo dňa 28. 04. 2004, o určenie, že pohľadávka žalobcu prihlásená do konkurzného konania vedeného pred Krajským súdom v Bratislave pod č. k. 7K 328/01 vo veci úpadcu L. X., T.. Q.. , v konkurze, je podľa práva ako ušlá mzda s uspokojením v prvej triede veriteľov vo výške 145 858,- Sk spolu so 17,6 % úrokom z omeškania: -zo sumy 16 206,50 Sk od 15. 10. 2001 do 04. 03. 2002 v sume 1 089,- Sk -zo sumy 32 413,- Sk od 15. 11. 2001 do 04. 03. 2002 v sume 1 703,- Sk -zo sumy 32 413,- Sk od 15. 12. 2001 do 04. 03. 2002 v sume 1 234,- Sk -zo sumy 32 413,- Sk od 15. 01. 2002 do 04. 03. 2002 v sume 750,- Sk a -zo sumy 32 413,- Sk od 15. 02. 2002 do 04. 03. 2002 v sume 265,- Sk. o d ô v o d n e n i e : Žalobca, D.. F. A., Z.. XX. XX. XXXX, naposledy bytom X.Z. XXXX/X, B. si žalobou došlou 18. 06. 2002 uplatnil právo na určenie, že pohľadávka žalobcu prihlásená do konkurzného konania vedeného na Krajskom súde v Bratislave pod č. k. 7 K 328/01 vo veci úpadcu L. X., T.. Q.., v konkurze, je podľa práva ako odstupné v sume 450 000,- Sk s uspokojením v prvej triede veriteľov. Podaním zo dňa 28. 04. 2004 právny zástupca žalobcu vychádzajúc z čiastočného rozsudku Okresného súdu Bratislava II, č. k. 10 C 54/01 zo dňa 28. 11. 2002 vo veci ušlej mzdy z neoprávneného zrušenia pracovného pomeru žalobcu, z hľadiska jeho právneho základu, čo do výšky samotnej pohľadávky Okresný súd Bratislava II nerozhodol a zrejme z dôvodu konkurzu konanie preruší. S poukazom na obsah už podanej incidenčnej žaloby zo dňa 18. 06. 2002 navrhol, aby súd pripustil rozšírenie žaloby o určenie, že pohľadávka žalobcu prihlásená do konkurzného konania vedeného na Krajskom súde v Bratislave pod č. k. 7 K 328/01 vo veci úpadcu L. X., T.. Q.., v konkurze, je podľa práva ako ušlá mzda s uspokojením v prvej triede veriteľov v sume 145 858,- Sk spolu so 17,6 % úrokom z omeškania v členení, ako je uvedené vo výroku tohto uznesenia. Podľa ust. § 95 ods. 1 OSP, navrhovateľ môže za konania so súhlasom súdu meniť návrh na začatie konania. Zmenený návrh treba ostatným účastníkom doručiť do vlastných rúk, pokiaľ neboli prítomní na pojednávaní, na ktorom došlo k zmene. Vychádzajúc z výsledkov konania vo veci samej, v čase podania návrhu zo dňa 28. 04. 2004 na rozšírenie žaloby, nebol dôvod, aby súd nepripustil rozšírenie žaloby v zmysle ust. § 95 ods. 1 OSP. O tomto návrhu nebolo doposiaľ rozhodnuté, ako to konštatoval odvolací súd /Najvyšší súd SR v uznesení zo dňa 28. 10. 2014, č. k. 3 Obo 27/2014/ v odôvodnení pri rozhodovaní o odvolaní voči rozsudku Krajského súdu v Bratislave zo dňa 25. 02. 2014 č. k. 44 Cbi/53/2002-259. Súd po zohľadnení týchto skutočností, pripustil rozšírenie žaloby v znení ako je obsiahnutá vo výroku tohto uznesenia. Poučenie: Proti tomuto uzneseniu nie je prípustné odvolanie.</w:t>
      </w:r>
    </w:p>
    <w:p/>
    <w:p>
      <w:r>
        <w:t>Zdroj: KAUZIS.SK – https://www.kauzis.sk/judikatura/r/ECLI:SK:KSBA:2015:1002899798.13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