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3K/64/2003 z 19. 2. 2015</w:t>
      </w:r>
    </w:p>
    <w:p>
      <w:r>
        <w:t>Uznesenie Krajského súdu Bratislava z 19. februára 2015, sp. zn. 3K/64/2003, ECLI:SK:KSBA:2015:1003898402.3</w:t>
      </w:r>
    </w:p>
    <w:p>
      <w:r>
        <w:t>Súd: Krajský súd Bratislava</w:t>
      </w:r>
    </w:p>
    <w:p>
      <w:r>
        <w:t>Spisová značka: 3K/64/2003</w:t>
      </w:r>
    </w:p>
    <w:p>
      <w:r>
        <w:t>ECLI: ECLI:SK:KSBA:2015:1003898402.3</w:t>
      </w:r>
    </w:p>
    <w:p>
      <w:r>
        <w:t>Dátum vydania: 19. 2.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3K/64/2003 Identifikačné číslo súdneho spisu: 1003898402 Dátum vydania rozhodnutia: 20. 02. 2015 Meno a priezvisko sudcu, VSÚ: JUDr. Eugen Palášthy ECLI: ECLI:SK:KSBA:2015:1003898402.3 Uznesenie Krajský súd v Bratislave v konkurznej veci úpadcu: GUMON Bratislava a.s. v likvidácii, Košická 6, 825 16 Bratislava, IČO: 31 411 614, takto r o z h o d o l : Súd zrušuje konkurz vyhlásený uznesením tunajšieho súdu zo dňa 14.10.2004 pod č.k. 3K/64/2003-48 z dôvodu, že tu nie sú predpoklady pre konkurz. Zbavuje JUDr. Martinu Mrázovú, sídlom AK Šoltésovej 20, 811 08 Bratislava, funkcie správcu konkurznej podstaty. o d ô v o d n e n i e : Správkyňa konkurznej podstaty JUDr. Martina Mrázová dala dňa 02.02.2015 návrh na zrušenie vyhláseného konkurzu v zmysle § 44 ods. 1 zák. č. 328/1991 Zb. v znení neskorších predpisov. Uznesením Krajského súdu v Bratislave sp. zn. 3K/64/2003-453 bola dňa 21.10.2014 schválená konečná správa o speňažovaní konkurznej podstaty a o vyúčtovaní odmeny a výdavkov správcu konkurznej podstaty tak, ako ju predložila správkyňa konkurznej podstaty JUDr. Martina Mrázová dňa 25.07.2014 (právoplatná dňa 03.01.2015), pričom po odpočítaní nákladov na správu majetku a vyplatení pohľadávok proti podstate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a/ zák. č. 328/1991 Zb. v znení neskorších predpisov,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https://www.kauzis.sk/judikatura/r/ECLI:SK:KSBA:2015:1003898402.3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