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2K/15/2004 z 2. 3. 2015</w:t>
      </w:r>
    </w:p>
    <w:p>
      <w:r>
        <w:t>Uznesenie Krajského súdu Bratislava z 2. marca 2015, sp. zn. 2K/15/2004, ECLI:SK:KSBA:2015:1004110464.4</w:t>
      </w:r>
    </w:p>
    <w:p>
      <w:r>
        <w:t>Súd: Krajský súd Bratislava</w:t>
      </w:r>
    </w:p>
    <w:p>
      <w:r>
        <w:t>Spisová značka: 2K/15/2004</w:t>
      </w:r>
    </w:p>
    <w:p>
      <w:r>
        <w:t>ECLI: ECLI:SK:KSBA:2015:1004110464.4</w:t>
      </w:r>
    </w:p>
    <w:p>
      <w:r>
        <w:t>Dátum vydania: 2. 3.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2K/15/2004 Identifikačné číslo súdneho spisu: 1004110464 Dátum vydania rozhodnutia: 03. 03. 2015 Meno a priezvisko sudcu, VSÚ: JUDr. Eugen Palášthy ECLI: ECLI:SK:KSBA:2015:1004110464.4 Uznesenie Krajský súd v Bratislave, v konkurznej veci úpadcu: Chemika a.s., Chalúpkova 9, 811 09 Bratislava, IČO: 35 682 205, takto r o z h o d o l : Súd zrušuje konkurz vyhlásený uznesením tunajšieho súdu zo dňa 28.05.2004, pod č.k. 2K/15/2004-197, po splnení rozvrhového uznesenia. Súd zbavuje JUDr. Martinu Mrázovú, sídlom AK Šoltésovej 20, 811 08 Bratislava, funkcie správcu konkurznej podstaty. o d ô v o d n e n i e : Dňa 13.02.2015 správkyňa konkurznej podstaty JUDr. Martina Mrázová predložila súdu správu o záverečnom vyúčtovaní konkurzu a vysporiadaní pohľadávok veriteľov podľa rozvrhového uznesenia č.k. 2K/15/2004-958 zo dňa 19.09.2014, ktoré nadobudlo právoplatnosť dňa 28.10.2014. V zmysle § 44 ods. 1 písm. b/ zák. č. 328/1991 Zb. v platnom znení, súd zruší konkurz, v ktorom nedošlo k potvrdeniu núteného vyrovnania, po splnení rozvrhového uznesenia a podľa ods. 4 citovaného ustanovenia súd zbaví správcu funkcie. Keďže správca konkurznej podstaty preukázal splnene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https://www.kauzis.sk/judikatura/r/ECLI:SK:KSBA:2015:1004110464.4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