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10Cbi/33/2009 z 22. 6. 2015</w:t>
      </w:r>
    </w:p>
    <w:p>
      <w:r>
        <w:t>Uznesenie Krajského súdu Bratislava z 22. júna 2015, sp. zn. 10Cbi/33/2009, ECLI:SK:KSBA:2015:1009201728.5</w:t>
      </w:r>
    </w:p>
    <w:p>
      <w:r>
        <w:t>Súd: Krajský súd Bratislava</w:t>
      </w:r>
    </w:p>
    <w:p>
      <w:r>
        <w:t>Spisová značka: 10Cbi/33/2009</w:t>
      </w:r>
    </w:p>
    <w:p>
      <w:r>
        <w:t>ECLI: ECLI:SK:KSBA:2015:1009201728.5</w:t>
      </w:r>
    </w:p>
    <w:p>
      <w:r>
        <w:t>Dátum vydania: 22. 6.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10Cbi/33/2009 Identifikačné číslo súdneho spisu: 1009201728 Dátum vydania rozhodnutia: 23. 06. 2015 Meno a priezvisko sudcu, VSÚ: JUDr. Jarmila Glončáková ECLI: ECLI:SK:KSBA:2015:1009201728.5 Uznesenie Krajský súd v Bratislave v právnej veci žalobcu JUDr. Martina Mrázová, správkyňa konkurznej podstaty TAZ, a. s., v likvidácii, IČO 36 227 803, Coburgova 84, Trnava, proti žalovanému v 1. rade L. O., O. XXX, a žalovanému v 2. rade V. Ž., X.. M. XX, H., o 150,31 Eur s prísl., takto r o z h o d o l : Súd konanie zastavuje. Žiaden z účastníkov nemá právo na náhradu trov konania. o d ô v o d n e n i e : Žalobca si žalobou došlou dňa 15. 10. 2009 na Okresný súd Trnava uplatnil právo na zaplatenie 150,31 Eur z titulu neuhradenia nájomného za užívanie bytu č. X nachádzajúceho sa v H. na ul. B. XX spolu s úrokom z omeškania, voči žalovanému O. O.. V priebehu konania žalobca podaním zo dňa 11. 11. 2014 zobral žalobu späť, na základe podania konečnej správy v konkurze úpadcu TAZ, a. s. v likvidácii, Trnava. Pri doručovaní žiadosti o vyjadrenie sa k späťvzatiu žaloby žalovanému súd zistil, že pôvodne žalovaný O. O. zomrel dňa XX. XX. XXXX. Z uznesenia Okresného súdu Trnava zo dňa 20. 03. 2015 v dedičskej veci po poručiteľovi O.. O., nar. XX. XX. XXXX, súd zistil, že konanie o dedičstve bolo podľa ust. § 175 ods. 1 OSP zastavené. Do úvahy prichádzajú ako dedičia zo zákona v I. skupine deti poručiteľa a to L. O. a V. Ž.. Vychádzajúc z vyššie uvedeného uznesenia Okresného súdu Trnava, a v nadväznosti na dôvody späťvzatia žaloby, súd nezisťoval či zákonné dedičky súhlasia so späťvzatím žaloby. Súd konanie v zmysle ust. § 96 ods. 1 OSP zastavil. Výrok o náhrade trov konania sa zakladá na ust. § 146 ods. 1 písm. c/ OSP. Žiaden z účastníkov nemá právo na náhradu trov konanie, keďže konanie bolo zastavené. Poučenie: Proti tomuto uzneseniu je možné podať odvolanie do 15 dní odo dňa doručenia uznesenia na Krajskom súde v Bratislave. V odvolaní sa má popri všeobecných náležitostiach /§ 42 ods. 3 OSP/ uviesť v akom rozsahu sa napáda, v čom sa toto rozhodnutie alebo postup súdu považuje za nesprávny a čoho sa odvolateľ domáha /§ 20ť ods. 1 OSP/.</w:t>
      </w:r>
    </w:p>
    <w:p/>
    <w:p>
      <w:r>
        <w:t>Zdroj: KAUZIS.SK – https://www.kauzis.sk/judikatura/r/ECLI:SK:KSBA:2015:1009201728.5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