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5Sd/49/2010 z 25. 8. 2015</w:t>
      </w:r>
    </w:p>
    <w:p>
      <w:r>
        <w:t>Rozsudok Krajského súdu Bratislava z 25. augusta 2015, sp. zn. 5Sd/49/2010, ECLI:SK:KSBA:2015:1010201093.6</w:t>
      </w:r>
    </w:p>
    <w:p>
      <w:r>
        <w:t>Súd: Krajský súd Bratislava</w:t>
      </w:r>
    </w:p>
    <w:p>
      <w:r>
        <w:t>Spisová značka: 5Sd/49/2010</w:t>
      </w:r>
    </w:p>
    <w:p>
      <w:r>
        <w:t>ECLI: ECLI:SK:KSBA:2015:1010201093.6</w:t>
      </w:r>
    </w:p>
    <w:p>
      <w:r>
        <w:t>Dátum vydania: 25. 8. 2015</w:t>
      </w:r>
    </w:p>
    <w:p>
      <w:r>
        <w:t>Forma: Rozsudok</w:t>
      </w:r>
    </w:p>
    <w:p>
      <w:r>
        <w:t>Oblasť práva: Správne právo</w:t>
      </w:r>
    </w:p>
    <w:p>
      <w:pPr>
        <w:pStyle w:val="Heading2"/>
      </w:pPr>
      <w:r>
        <w:t>Text rozhodnutia</w:t>
      </w:r>
    </w:p>
    <w:p>
      <w:r>
        <w:t>Súd: Krajský súd Bratislava Spisová značka: 5Sd/49/2010 Identifikačné číslo súdneho spisu: 1010201093 Dátum vydania rozhodnutia: 26. 08. 2015 Meno a priezvisko sudcu, VSÚ: JUDr. Renáta Janáková ECLI: ECLI:SK:KSBA:2015:1010201093.6 ROZSUDOK V MENE SLOVENSKEJ REPUBLIKY Krajský súd v Bratislave, samosudkyňou JUDr. Renátou Janákovou, v právnej veci navrhovateľky: F. T., bytom D.G. XX, XXX XX T., právne zastúpenej JUDr. Ľubomírom Hlbočanom, advokátom, so sídlom AK Vajnorská 20, 831 03 Bratislava, proti odporkyni: Sociálna poisťovňa - ústredie, so sídlom Ul. 29. augusta č. 8, 813 63 Bratislava, o invalidný dôchodok, takto r o z h o d o l : Súd rozhodnutie odporkyne č. XXX XXX XXXX zo dňa 15. februára 2010 z r u š u j e podľa ustanovenia § 250j ods. 2 písm. c) O.s.p. a vec vracia odporkyni na ďalšie konanie. Odporkyňa je povinná zaplatiť na účet právneho zástupcu navrhovateľky JUDr. Ľubomíra Hlbočana trovy právneho zastúpenia vo výške 785,90 € do tridsiatich dní od nadobudnutia právoplatnosti rozsudku. o d ô v o d n e n i e : Odporkyňa napadnutým rozhodnutím č. XXX XXX XXXX zo dňa 15. februára 2010 podľa § 73, § 112 ods. 4 a ods. 6 a § 82 zákona č. 461/2003 Z.z. o sociálnom poistení v znení neskorších predpisov (ďalej len zákon o sociálnom poistení) znížila navrhovateľke sumu invalidného dôchodku od 04. apríla 2010 na 158,60 eur mesačne. Rozhodla tak s odôvodnením, že podľa posudku posudkového lekára sociálneho poistenia, pobočky Sociálnej poisťovne Bratislava z 29. januára 2010 navrhovateľka má pokles schopnosti vykonávať zárobkovú činnosť 55 % od 29. januára 2010. Proti tomuto rozhodnutiu podala navrhovateľka včas opravný prostriedok z dôvodu, že nesúhlasila s posúdením jej zdravotného stavu a žiadala jej zdravotný stav znovu posúdiť a priznať jej vyššiu mieru percentuálneho poklesu nad 75 %. Právny zástupca navrhovateľky v podaní z 04. novembra 2011 uviedol, že rozhodujúce zdravotné postihnutie navrhovateľky bolo nesprávne zatriedené posudkovým lekárom v zmysle prílohy číslo 4 zákona č. 461/2003 Z.z. o sociálnom poistení, Kapitola XV., odd. E., položka 4., písm. b/, pretože správne malo byť zaradené do Kapitoly XV., odd. E., položka 4., písm. c/ vzhľadom na lekársku správu neurochirurgickej kliniky FNaLFUK, elektromiografické laboratórium z 27.7.2011 a lekárskou správou z neurochirurgického vyšetrenia VŠ ZaSP sv. Alžbety Bratislava a FNsP Nové Zámky z 25. júla 2011. V podaní z 13. novembra 2012 právny zástupca navrhovateľky poukázal na rozpor medzi lekárskymi správami a nálezmi navrhovateľky z odborných vyšetrení a lekárskymi posudkami posudkového lekára, pretože z lekárskych správ syndróm FBSS je potvrdený neurochirurgom, lézia (nervus) n. fibularis - potvrdená EMG, sústavné bolesti L-S s vyžarovaním do Ľ. DK, oslabený svalový aparát Ľ.DK vychádzajúci z porušenia nervu (n.fibularis I.sin). Odporkyňa vo vyjadrení zo dňa 19.5.2011 žiadala napadnuté rozhodnutie ako vecne správne potvrdiť s odôvodnením, že u navrhovateľky zmena miery poklesu schopnosti vykonávať zárobkovú činnosť bola z posudkového hľadiska opodstatnená. Podľa posudkového lekára sociálneho poistenia posudok z 2.11. 2005 bol nadhodnotený a zdravotný stav posúdený veľmi priaznivo v prospech navrhovateľky a invalidita s mierou poklesu 75% uznaná v roku 2005 nebola v súlade s posudkovými kritériami, pretože u navrhovateľky neboli preukázané ťažké paretické príznaky, nemala svalové atrofie ani sfinkterove poruchy. Krajský súd v Bratislave rozsudkom z 28.11. 2012 č.k. 5Sd/49/2010-129 potvrdil napadnuté rozhodnutie odporkyne č. XXX XXX XXXX zo dňa 15. februára 2010, ktorý Najvyšší súd Slovenskej republiky uznesením č.k. 7So /22/2013 zo dňa 29.4.2014 zrušil s odôvodnením, že s ohľadom na námietku navrhovateľky ohľadom odborného stanoviska súdneho znalca vysloveného v podaní z 13.11.2010 ( čl. 124 súdneho spisu) súd prvého stupňa zistí zákonnosť a postup preskúmavaného rozhodnutia odporkyne aj s prihliadnutím na navrhovateľkin súčasný zdravotný stav. Krajský súd v Bratislave po preskúmaní napadnutého rozhodnutia odporkyne i konania, ktoré mu predchádzalo (§ 250l a nasl. O.s.p.) a po zohľadnení právneho názoru Najvyššieho súdu Slovenskej republiky vysloveného v uznesení č.k. 7So /22/2013 zo dňa 29.4.2014 dospel k záveru, že opravný prostriedok navrhovateľky je dôvodný. Z obsahu súdneho a administratívneho spisu súd zistil, že za účelom posúdenia invalidity navrhovateľky na základe kontrolnej lekárskej prehliadky vypracoval posudkový lekár sociálneho poistenia MUDr. Soňa Bacharová lekársku správu - posudok dňa 29. januára 2010, v ktorej uviedla, že navrhovateľka je po operácii chrbtice pre výhrez platničky v 7/2003. Odvtedy pretrvávajú recidivujúce bolesti v krížovej oblasti s vyžarovaním do ľavej dolnej končatiny s občasným koreňovým dráždením, bez sfinkterových porúch. Navrhovateľkin stav hodnotila ako dlhodobo stabilizovaný. Za rozhodujúce zdravotné postihnutie navrhovateľke určila: choroby podporného a pohybového aparátu, - dorzopatia, - stavy po operácii chrbtice a medzistavcových platničiek, - často recidivujúce prejavy nervového a svalového dráždenia s podstatným obmedzením výkonnosti organizmu (Kapitola XV., odd. E., položka 4., písm. b/ prílohy číslo 4 zákona o sociálnom poistení), mieru poklesu schopnosti vykonávať zárobkovú činnosť zmenila z pôvodných 75 % na 45 % a percentuálnu mieru pre iné zdravotné postihnutie: choroby obehovej sústavy, - srdcové choroby, - ischemická choroba srdca, - bez podstatného zníženia výkonu (Kapitola IX., odd. A., položka 1., písm. a/ prílohy číslo 4 zákona o sociálnom poistení) navýšila o 10 %. Podľa posudkovej lekárky navrhovateľka je naďalej invalidná podľa § 71 ods. 1 zákona č. 461/2003 Z.z. o sociálnom poistení, lebo pre dlhodobo nepriaznivý zdravotný stav má pokles schopnosti vykonávať zárobkovú činnosť o viac ako 40 % v porovnaní so zdravou fyzickou osobou. Zmena MPSVZČ je od 29. januára 2010. Na základe konania o opravnom prostriedku navrhovateľky proti rozhodnutiu odporkyne, za účelom posúdenia invalidity vypracoval druhostupňový posudkový lekár sociálneho poistenia MUDr. Daniela Kolláriková lekársku správu - posudok dňa 01. júna 2010, v ktorej konštatovala, že z klinického a posudkového hľadiska zdravotný stav navrhovateľky spĺňa posudkové kritériá na uznanie invalidity naďalej s MPSVZČ 55 %. Rozhodujúcim zdravotným postihnutím je ochorenie chrbtice driekového segmentu s často recidivujúcimi prejavmi nervového a svalového dráždenia, so slabosťou svalového korzetu chrbta a s podstatným obmedzením celkovej výkonnosti organizmu, jedná sa o mierne až stredné funkčné postihnutie daného segmentu chrbtice, nepretrváva závažný reziduálny funkčný nález s komplikáciami - obrny na dolných končatinách, úbytok svalovej hmoty, nie sú zdokladované poruchy funkcie zvieračov - únik moču a stolice na neurologickom podklade ani závažné výpadky citlivosti. Od roku 2003 od operácie sa uvedené komplikácie nerozvinuli za 7 rokov, v tom nastalo zlepšenie neurologického ochorenia menovanej. Menovanej bola zvýšená percentuálna miera o 10 % pre iné zdravotné postihnutie - koronárnu arteriálnu chorobu - ICHS bez závažných zúžení na artériách srdca. Uvedené interné ochorenie je liečbou kompenzované, pomocné laboratórne vyšetrenie - ECHO KG, Holterov EKG záznam, EKG, sú bez závažných patologických výsledkov, bolesti na hrudníku, ktoré neustále menovaná udáva sú sekundárneho charakteru, pri bolestiach chrbtice a občasných výstupoch tlaku krvi, nemajú srdcový pôvod. Poruchy srdcového rytmu sú t.č. funkčne vyhodnotené ako Lown I. Choroba vysokého krvného tlaku, pre ktorú sa menovaná dlhodobo lieči je nedostatočne kompenzovaná liečbou. Sú diskrepancie v samotných záveroch interných a kardiologických vyšetrení, kde je uvádzané III. štádium daného ochorenia, pričom menovaná po klinickej stránke neprekonala komplikácie tohto tretieho štádia a nie sú potvrdené ťažké orgánové zmeny na srdci, cievach, obličkách a očnom pozadí. Pridružené sekundárne ochorenia - porucha metabolizmu tukov, chronický tráviaci syndróm, porucha bunkovej imunity ľahkého stupňa, stresový únik moču, artróza bedrových kĺbov sú z posudkového hľadiska nezávažné, pretože klinicky nedosiahli vyššie funkčné štádium poškodenia jednotlivých orgánov tela. Menovaná bola jednorázovo psychiatricky vyšetrená 12. februára 2010 so záverom depresívnej poruchy stredne ťažkého stupňa s mnohopočetnými telesnými ťažkosťami, prevažná väčšina jej subjektívnych ťažkostí nemá klinický kolerát s uvedenými diagnózami. Za rozhodujúce zdravotné postihnutie navrhovateľke určila: choroby podporného a pohybového aparátu, - dorzopatia, deformujúca dorzopatia a spondylopatia, - stav po operácii medzistavcových platničiek s často recidivujúcimi prejavmi nervového a svalového dráždenia, M54 (Kapitola XV., odd. E., položka 4., písm. b/ prílohy číslo 4 zákona č. 461/2003 Z.z. o sociálnom poistení), mieru poklesu schopnosti vykonávať zárobkovú činnosť stanovila na 45%, ktorú pre iné zdravotné postihnutie : choroby obehovej sústavy, - srdcové choroby, - ischemická choroba srdca, - bez podstatného zníženia výkonu I 25 (Kapitola IX., odd. A., položka 1., písm. a/ prílohy číslo 4 zákona č. 461/2003 Z.z. o sociálnom poistení) navýšila o 10 %. Podľa posudkovej lekárky navrhovateľka je naďalej invalidná podľa § 71 ods. 1 zákona č. 461/2003 Z.z. o sociálnom poistení, lebo pre dlhodobo nepriaznivý zdravotný stav má pokles schopnosti vykonávať zárobkovú činnosť o viac ako 40 % v porovnaní so zdravou fyzickou osobou, invalidita trvá naďalej od 29. januára 2010 s MPSVZČ 55%. Navrhovateľka v priebehu súdneho konania predkladala opakovane ďalšie lekárske správy a nálezy, ktoré posudkový lekár sociálneho poistenia zohľadnil pri opakovanom posúdení jej zdravotného stavu: - dňa 26. októbra 2010 posudková lekárka MUDr. Daniela Kolláriková za účasti prísediaceho lekára z odboru neurológia MUDr. Jolany Zlatošovej opakovane posúdila dlhodobo nepriaznivý stav navrhovateľky a v posudku uviedla, že navrhovateľka bola uznaná invalidnou s MPSVZČ 75 % a pri kontrolnej lekárskej prehliadke zdravotného stavu dňa 29. januára 2010 bola uznaná invalidnou s MPSVZČ 55% a jej zdravotný stav spĺňa posudkové kritériá na uznanie invalidity naďalej s MPSVZČ 55% od 29. januára 2010. Poukázala, že v posudkovom lekárstve platí kardinálna zásada, že vyhodnocuje sa zostatkový funkčný nález na driekovom segmente chrbtice a dolných končatinách s vplyvom na celkovú výkonnosť organizmu, pomocné laboratórne vyšetrenia a výsledky pomocných zobrazovacích metodík (ako napríklad CT a NMR vyšetrenie chrbtice), sú len sekundárne - druhotné vyšetrenie, ktoré nemajú vplyv na invalidizáciu navrhovateľky a nie sú smerodajné pri vyhodnocovaní zostatkového funkčného deficitu na dolných končatinách. Mnohopočetné subjektívne ťažkosti vykazujú klinický kolerát s klimakterickým syndrómom - prechodom, klímaxom, menopouzou. Objektívnym neurologickým vyšetrením bola zistená ľahká porucha dynamiky driekovej časti chrbtice, šľachovo - okostocové reflexy dolných končatín sú symetricky výbavné, minimálne svalové atrofie boli dokázané len v oblasti ľavého stehna, bez oslabenia svalovej sily, postoj na pätách a špičkách bol fyziologický. Zostatkový neurologický nález je mierneho stupňa, koreňové dráždenie nebolo preukázané, operačný zákrok v roku 2003 bol vysoko efektívny, bol dosiahnutý veľmi priaznivý efekt. Uvedená ľahká porucha dynamiky driekovej časti chrbtice má len minimálny vplyv na celkovú výkonnosť organizmu. Mnohopočetné subjektívne ťažkosti navrhovateľky nemajú klinický kolerát s neurologickým ochorením navrhovateľky. Počas jednania navrhovateľka verbálne prezentovala odumretie časti srdcového svalu, ktoré však všetkými dostupnými vyšetreniami nebolo potvrdené počas hospitalizácie v NÚSCH v BA na kardiologickej klinike. Pridružené sekundárne ochorenia, ktoré boli vyhodnotené v celkovom posudku dňa 01. júna 2010 boli zohľadnené z posudkového hľadiska pri zvýšení percentuálnej miery pre ostatné zdravotné postihnutia. Navrhovateľkou neustále interpretované mnohopočetné subjektívne ťažkosti spadajú do obrazu klimakterického syndrómu - prechodu, menopauzy (šumenie v ušiach, búšenie srdca, úzkosť, uľpievavé zotrvávanie na týchto ťažkostiach,...). Navrhovateľke za rozhodujúce zdravotné postihnutie určila choroby podporného a pohybového aparátu, - dorzopatia, deformujúca dorzopatia a spondylopatia, - stav po operácii medzistavcových platničiek s často recidivujúcimi prejavmi nervového a svalového dráždenia, M54 (Kapitola XV., odd. E., položka 4., písm. b/ prílohy číslo 4 zákona č. 461/2003 Z.z. o sociálnom poistení), mieru poklesu schopnosti vykonávať zárobkovú činnosť stanovila na 45%, ktorú pre choroby obehovej sústavy, - srdcové choroby, - ischemická choroba srdca, - bez podstatného zníženia výkonu I25 (Kapitola IX., odd. A., položka 1., písm. a/ prílohy číslo 4 zákona č. 461/2003 Z.z. o sociálnom poistení) navýšila o 10 %. Podľa posudkovej lekárky navrhovateľka je naďalej invalidná podľa § 71 ods. 1 zákona č. 461/2003 Z.z. o sociálnom poistení, lebo pre dlhodobo nepriaznivý zdravotný stav má pokles schopnosti vykonávať zárobkovú činnosť o viac ako 40 % v porovnaní so zdravou fyzickou osobou, invalidita trvá naďalej od 29. januára 2010 s MPSVZČ 55%. - dňa 25. novembra 2010 posudková lekárka MUDr. Daniela Kolláriková v lekárskom posudku uviedla, že neurologicko algeziologické vyšetrenie z 04. novembra 2010, rehabilitačné vyšetrenie z 18. novembra 2010 a ortopedické vyšetrenie z 16. novembra 2010 nezdokladovali zhoršenie zdravotného stavu navrhovateľky, v dôsledku čoho zotrvala na výroku posudku a MPSVZČ v % - 55%, tak ako je uvedené v lekárskej správe Sociálnej poisťovne z 26. októbra 2010 v celom rozsahu. - dňa 10. mája 2011 posudkový lekár MUDr. Milan Zeman v lekárskom posudku uviedol, že z posudkového hľadiska invalidita s mierou poklesu 75% uznaná v roku 2005 nebola v súlade s posudkovými kritériami. Neboli splnené podmienky pre takúto invaliditu, pretože u navrhovateľky neboli preukázané ťažké paretické príznaky (obrna), nemala svalové atrofie, ani sfinkterové poruchy. Stresová inkontinencia, ktorú teraz udáva, nie je podmienená ochorením chrbtice. Posudok z 01. novembra 2005 je veľmi stručný, popisuje iba nižšie reflexy RŠA vľavo, viaznucu dorziflexiu palca vľavo a zníženie citlivosti v segmente L4-5 a l5-S1 vľavo. Aj MR vyšetrenie LS chrbtice nepotvrdilo klasickú recidívu hernie L4-5, iba pooperačné fibrózne zmeny. Neurologický nález z 06. novembra 2006 popisuje podobné zmeny, ale žiadne závažné poruchy LS chrbtice. Stav v roku 2005 zodpovedá postihnutiu s často recidivujúcimi prejavmi nervového a svalového dráždenia, slabosťou svalového korzetu chrbtice a s podstatným obmedzením celkovej výkonnosti organizmu (kapitola XV., odd. E., položka 4., písm. b/ a nie kapitola XV., odd. E., položka 4., písm. c/) - kde sa predpokladá prítomnosť ťažkých paretických príznakov - obrna, svalové atrofie a sfinkterové poruchy. Tomuto zodpovedá aj hodnotenie vertebrogénneho ochorenia neurochirurgom, ktorý uviedol vo svojom vyšetrení 23. decembra 2010, že nález na chrbtici nevysvetľuje ťažkosti navrhovateľky. Dá sa konštatovať, že posudok z 02. novembra 2005 bol nadhodnotený a zdravotný stav posúdený veľmi priaznivo v prospech navrhovateľky. V súčasnosti stav zodpovedá tiež zdravotnému postihnutiu, aké bolo v roku 2005 a preto ho zaraďujem do kapitoly XV., odd. E., položka 4., písm. b/, a prislúcha mu miera poklesu 45 %. Navýšenie zostáva naďalej o 10 % a je celkom jedno, či toto navýšenie ide na vrub obehovej poruchy, prípadne duševného ochoreniu, prípadne ostatným zdravotným poruchám, ktoré boli podrobne rozvedené v predchádzajúcich lekárskych správach. Celková miera poklesu je aj naďalej teda 55 %. Zmena miery 75 % na 55 % vykonaná 29. januára 2010 bola z posudkového hľadiska opodstatnená. Posudkový lekár navrhovateľke za rozhodujúce zdravotné postihnutie určil: stav po operácii chrbtice pre herniu disku L4-5 a L5-S1 vľavo v roku 2003 s recidivujúcou radikulopatiou L5 vľavo (Kapitola XV, odd. E, položka 4. b/ prílohy číslo 4 zákona č. 461/2003 Z.z. o sociálnom poistení), mieru poklesu schopnosti vykonávať zárobkovú činnosť pre ischemickú chorobu srdca, nebolestivá forma, hemodynamicky kompenzovaná (Kapitola IX., odd. A., položka 1., písm. a/ prílohy číslo 4 zákona č. 461/2003 Z.z. o sociálnom poistení) navýšil o 10 % a určil, že navrhovateľka je naďalej invalidná podľa § 71 ods. 1 zákona č. 461/2003 Z.z. o sociálnom poistení, lebo pre dlhodobo nepriaznivý zdravotný stav má pokles schopnosti vykonávať zárobkovú činnosť o viac ako 40 % v porovnaní so zdravou fyzickou osobou, MPSVZČ nie je už 7 % ale je 55% od 29. januára 2010. - dňa 22. septembra 2011 posudková lekárka MUDr. Daniela Kolláriková v posudku uviedla, že neurochirurgické vyšetrenie z 25. júla 2011, EMG vyšetrenie z 27. júla 2011 nezdokladovali zhoršenie zdravotného stavu navrhovateľky, v dôsledku čoho zotrvala na výroku posudku a MPSVZČ v % - 55%, tak ako je uvedené v lekárskej správe Sociálnej poisťovne z 01. júna 2010, z 26. októbra 2010, z 25. novembra 2010, z 10. mája 2011, pretože sa jedná z posudkového hľadiska o bežné ambulantné kontroly, ktoré nepotvrdili žiadne nové skutočnosti, lebo zhoršenie zdravotného stavu navrhovateľky. Opakovane bol jej zdravotný stav posúdený viacerými posudkovými lekármi s tým istým záverom ako je uvedené vyššie. Snaha navrhovateľky o zvýšenie MPSVZČ nad 55 % je bezpredmetná, nakoľko už toto percentuálne rozpätie je maximálne priaznivým - nadštandardným ohodnotením jej celkového zdravotného stavu. V klinickom obraze jej ochorení permanentne pretrváva ten istý nález na chrbtici, cievnom systéme, klinika nevykazuje kolerát s jej subjektívnymi ťažkosťami. Horeuvedené vyšetrenie sú posudkovo bezvýznamné, líšia sa s ostatnými vyšetreniami z roku 2010, roku 2011 len dátumami. - dňa 07. septembra 2012 posudkový lekár MUDr. Milan Zeman v prítomnosti prísediaceho lekára MUDr. Danice Hunákovej CSc. z odboru psychiatria v posudku uviedol, že predložené nálezy boli dostatočne zhodnotené v doplňujúcom posudku zo dňa 22. septembra 2011, aj keď iným posudkovým lekárom SP, ústredia. Ich výsledok nemá vplyv na celkovú mieru poklesu. Posudkový lekár SPú znovu navrhovateľku vyšetril s praktický negatívnym nálezom na pohybovom aparáte. Zhodnotil aj všetky predložené nálezy a konštatuje, že nepreukázali žiadne závažné zdravotné poruchy, ktoré by podstatnou mierou zhoršovali doterajší zdravotný stav. Rozhodujúce zdravotné postihnutie - stav po operácii chrbtice s častým svalovým a nervovým dráždením a oslabením svalového korzetu aj naďalej podmieňuje mieru poklesu 45 %, čo je horná hranica rozpätia. Nie je možné ho zaradiť do kapitoly XV., odd. E., položka 4., písm. c/, lebo u navrhovateľky nie sú preukázané ťažké parézy končatín, svalové atrofie, ani sfinktérové poruchy. Stresová inkontinencia moču nie je spôsobená vertebrogénnym ochorením, ale ide o funkčnú poruchu, ktorá nesúvisí s operáciou chrbtice. Na túto skutočnosť bolo poukázané v lekárskej správe zo dňa 10. mája 2011, kde bolo aj poukázané na okolnosť, prečo došlo u navrhovateľky k zníženiu miery poklesu zo 75 % na 55 %. V súčasnosti vzhľadom na zdravotné postihnutie navrhovateľky jej prislúcha výsledná miera poklesu 55 %, (v zmysle kapitoly XV., odd. E., položka 4., písm. b/ - 45 % a pre ischemickú chorobu srdca, nebolestivú formu a ostatné zdravotné poruchy navýšenie o 10 %). Posudkový lekár navrhovateľke za rozhodujúce zdravotné postihnutie určil: choroby podporného aparátu, - stav po operácii chrbtice pre herniu disku L4-5 a L5-S1 vľavo v r. 2003 s recidivujúcou radikulopatiou L5 vľavo (Kapitola XV., odd. E., položka 4., písm. b/ prílohy číslo 4 zákona č. 461/2003 Z.z. o sociálnom poistení), mieru poklesu schopnosti vykonávať zárobkovú činnosť stanovil na 45%, ktorú navýšil o 10 % pre ischemickú chorobu srdca, nebolestivá forma, hemodynamicky kompenzovaná, artériová hypertenzia I/2, porucha srdcového rytmu, porucha tukového metabolizmu, struma nodoza eufunkčná, dispeptický syndróm, stresová inkontinencia moču, depresívna porucha stredne ťažká, somatizovaná. - 10. októbra 2012 posudkový lekár MUDr. Milan Zeman v posudku uviedol, že MR vyšetrenie mozgu a krčnej chrbtice z 16. augusta 2012 (Dr. Peterský), žiadanka na MR vyšetrenie mozgu a krčnej chrbtice a ortopedické vyšetrenie (Dr. Krajčík) nedokumentujú závažné poškodenie zdravotného stavu, potvrdzujú iba známe skutočnosti a nemajú vplyv na celkový posudok z 07. septembra 212. MR vyšetrenie krčnej chrbtice preukázalo nepatrné vyklenovania platničiek, najmä C4/5 zatiaľ bez koreňovej symptomatológie a myelopathie. Nález na mozgu sa podstatne nemení, nie sú priekazné nové ložiská. K námietkam navrhovateľky uvedených v podaní zo dňa 07. novembra 2011 pod bodom 5 a 7 sa posudkový lekár SPú dostatočne a vyčerpávajúco vyjadril v lekárskej správe zo dňa 07. septembra 2012. Ochoreniu uvedenému vo vyšetrení zo dňa 25. júla 2011 (Dr. Melíšek) vzhľadom na stupeň poruchy prislúcha miera poklesu vo výške 45 %, čo je horná hranica rozpätia kap. XV., odd. E., položka 3., písm. b/ príloha č. 4.k zákona č. 461/2003 Z.z. o sociálnom poistení /vyš. EMG zo dňa 27. júla 2011, Dr. Goldberg/ iba potvrdzuje vyššie uvedený stav. V odbornom stanovisku zo dňa 13.11.2012 súdny znalec z odboru chirurgia Doc. MUDr. Štefan Durdík, PhD, zaujal odborné stanovisko k zdravotnému stavu navrhovateľky na základe lekárskych správ navrhovateľky (lekárskej správy I. Neurologickej kliniky FN a LFUK, Elektromyografické lab. z 27. júla 2011, lekárskej správy Neurologickej ambulancie VŠ ZaSP sv. Alžbety Bratislava a FNsP Nové Zámky z 25. júla 2011, lekárskej správy vystavenej Dr. Magnet, spol. s.r.o., z 06. augusta 2012, lekárskej správy vystavenej Dr. Magnet, spol. s.r.o., magnetická rezonancia Ružinov z 22. júna 2012, lekárskej správy MUDr. Krajčíka z 05. septembra 2012). Navrhovateľkin zdravotný stav kvalifikoval a podradil v zmysle prílohy č. 4 k zákonu o sociálnom poistení v zmysle kapitoly XV, oddiel E, pod položkou 4 písm. c). Poukázal, že položka 4 písm. b) podľa predloženej zdravotnej dokumentácie nespĺňa kritéria zaradenia a klasifikácie zdravotného stavu navrhovateľky: „častou recidivujúce prejavy nervového a svalového dráždenia, slabosť svalového korzetu chrbta s podstatným obmedzením celkovej výkonnosti organizmu“. Tieto kritéria spĺňa položka 4 písm. c) kapitoly XV, oddiel E. V lekárskej správe zo dňa 20. augusta 2014 posudkový lekár sociálneho poistenia MUDr. Milan Zeman za účasti prísediaceho odborného lekára neurológa MUDr. Tibora Gőbő zaujal stanovisko k odbornému stanovisku Doc. MUDr. Štefana Durdíka, PhD. z 13.11.2012, podľa ktorého lekárske správy z vyšetrení navrhovateľky nepoukazujú na trvalé ťažké poškodenie chrbtice s parézami, hypotrofiami a sfinkterovými poruchami, ktoré by oprávňovalo zaradiť zdravotné postihnutie navrhovateľky do kapitoly XV, oddiel E, položka 4 písm. c). Odborné stanovisko MUDr. Durdíka je posudkovo irelevantné, ako znalec z odboru chirurgie nie je kompetentný odpovedať na otázku o zaradení zdravotného postihnutia do príslušnej kapitoly prílohy č. 4 k zákonu o sociálnom poistení. Aktuálnym vyšetrením, ako aj zhodnotením odborného stanoviska je preukázané, že zaradenie navrhovateľky do príslušnej kapitoly bolo doteraz správne, jej zdravotné postihnutie zodpovedá kapitole XV, oddiel E, položka 4 písm. b) s mierou poklesu schopnosti vykonávať zárobkovú činnosť 55%. V žiadnom prípade nejde o kapitolu XV, oddiel E, položka 4 písm. c), pretože tomu zdravotný stav nezodpovedá.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195 ods. 1 a 2 cit. zák.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Podľa § 209 ods. 1 veta druhá zákona č. 461/2003 Z.z. o sociálnom poistení rozhodnutie musí byť v súlade so všeobecne záväznými právnymi predpismi, musí vychádzať zo spoľahlivo zisteného skutočného stavu veci a musí obsahovať predpísané náležitosti. Z obsahu súdneho a administratívneho spisu mal súd nesporne za preukázané, že navrhovateľke bol znížený invalidný dôchodok od 4. apríla 2010 na sumu 158,60 eur mesačne rozhodnutím odporkyne č. XXX XXX XXXX z 15. februára 2010 na základe posúdenia jej dlhodobo nepriaznivého zdravotného stavu a poklesu schopnosti vykonávať zárobkovú činnosť posudkovým lekárom dňa 29. januára 2010. Posudkový lekár jej na základe posúdenia jej dlhodobo nepriaznivého zdravotného stavu znížil mieru poklesu schopnosti vykonávať zárobkovú činnosť zo 75% na 55 % od 29.1.2010, pretože za rozhodujúce zdravotné postihnutie navrhovateľke určil zdravotné postihnutie spadajúce pod kapitolu XV, oddiel E, položka 4 písm. b) prílohy číslo 4 k zákonu o sociálnom poistení, ktorému prislúcha 45% miera poklesu schopnosti vykonávať zárobkovú činnosť. Za iné zdravotné postihnutie jej posudkový lekár mieru poklesu schopnosti vykonávať zárobkovú činnosť navýšil o 10 %. Lekárska správ - posudok posudkového lekára sociálneho poistenia v konaní o priznanie, odňatie alebo zníženie dávky, podmienenej dlhodobo nepriaznivým zdravotným stavom má osobitný význam; ide však o dôkazný prostriedok, ktorým súd nie je viazaný a ktorý súd posudzuje podľa svojej úvahy jednotlivo, ale tiež v jeho súvislosti s ostatnými dôkazmi. Takýmto dôkazom je aj posudok súdneho znalca. Dokazovanie posudkom súdneho znalca sa nariadi, ak v konaní dlhodobo pretrváva rozpor pri zisťovaní a vyhodnocovaní zdravotného stavu, pričom aj tento posudok je tiež len dôkazným prostriedkom. Navrhovateľka v konaní o učenie sumy invalidného dôchodku dlhodobo a opakovane nesúhlasila s posúdením jej zdravotného stavu posudkovým lekárom sociálneho poistenia z ktorého dôvodu predkladala súdu a aj odporkyni ďalšie lekárske správy a nálezy z vyšetrení jej zdravotného stavu. Predložila súdu aj odborné stanovisko Doc. MUDr. Štefana Durdíka, PhD. zo dňa 13. novembra 2012, podľa ktorého jej rozhodujúce zdravotné postihnutie má byť zaradené do kapitoly XV, odd. E, položka 4 písm. c) prílohy č. 4 k zákonu o sociálnom poistení, ktorému zodpovedá percentuálne ohodnotenie miery poklesu schopnosti vykonávať zárobkovú činnosť od 70% do 80%. Posudkový lekár napriek tomuto odbornému stanovisku v lekárskej správe zo dňa 20. augusta 2014 zotrval na svojom pôvodnom posúdení zdravotného stavu navrhovateľky a uviedol, že zdravotné postihnutie navrhovateľky zodpovedá kapitole XV, odd. E, položka 4 písm. b) s mierou poklesu schopnosti vykonávať zárobkovú činnosť 55 % s odôvodnením, že zdravotný stav navrhovateľky nezodpovedá zdravotnému postihnutiu spadajúcemu pod kapitolu XV, odd. E, položka 4 písm. c). V preskúmavanej veci súd dospel k záveru, že v konaní sa vyskytol dlhotrvajúci a pretrvávajúci rozpor medzi posudkami posudkových lekárov a názorom Doc. MUDr. Štefana Durdíka PhD. vyjadreného v odbornom stanovisku z 13.11.2012. Rozpor spočíva zhodnotení dlhodobo nepriaznivého zdravotného stavu navrhovateľky a v určení jej rozhodujúceho zdravotného postihnutia a jeho zaradenia do kapitoly XV, odd. E, položka 4, písm. b) (MPSVZČ 35% - 45%) alebo písm. c) (MPSVZČ 70% - 80%), čo podstatným spôsobom ovplyvňuje výšku invalidného dôchodku navrhovateľky. Rozpor naďalej trvá a doposiaľ odstránený nebol. Zdôvodnenie záveru posudkového lekára, že zdravotný stav navrhovateľky nezodpovedá zdravotnému postihnutiu spadajúcemu pod kapitolu XV, odd. E, položka 4 písm. c) je v preskúmavanej veci nepostačujúce a nemožno nad akúkoľvek pochybnosť dospieť k jednoznačnému záveru, či navrhovateľkine rozhodujúce zdravotné postihnutie má byť zaradené pod kapitolu XV, odd. E, položka 4 písm. b) prílohy číslo 4 k zákonu o sociálnom poistení. Odporkyni vyplýva povinnosť zo zákona č. 461/2003 Z.z. rozhodovať na základe skutočného stavu veci. Za takejto situácie musela a musí vykonať všetky dôkazy smerujúce k jeho riadnemu zisteniu. Dôkazy, ktoré sú podkladom jej rozhodnutí, musia mať taký charakter, aby nebolo možné pochybovať o ich hodnovernosti a objektívnom posúdení skutočného stavu veci. Krajský súd vychádzajúc z vyššie citovaných zákonných ustanovení a z predloženej písomnej dokumentácie odporkyne, po preskúmaní zákonnosti rozhodnutia a postupu správneho orgánu dospel k záveru, že zistenie skutkového stavu je nedostačujúce na posúdenie veci a preto napadnuté rozhodnutie číslo XXX XXX XXXX zo dňa 15. februára 2010 podľa § 250l ods. 2 v spojení s § 250j ods. 2 písm. c) O.s.p. zrušil a vec vrátil odporkyni na ďalšie konanie, pretože zistenie skutkového stavu je nedostačujúce na posúdenie veci. V ďalšom konaní je odporkyňa viazaná právnym názorom súdu ( § 250r O.s.p.) a jej úlohou bude presne a úplne zistiť skutočný stav veci (§ 195 ods. 1 zák. č. 461/2003 Z.z.). Pre posúdenie dlhodobo nepriaznivého zdravotného stavu navrhovateľky je potrebné nariadiť znalecké dokazovanie znalcom z odboru zdravotníctvo - neurológia, resp. neurochirurgia, ktorý komplexne posúdi zdravotné postihnutie navrhovateľky, určí jej rozhodujúce zdravotné postihnutie ktorému priradí konkrétnu mieru poklesu schopnosti vykonávať zárobkovú činnosť v % -tách a zaradí ho do príslušnej kategórie ochorení v zmysle prílohy číslo 4 k zákonu o sociálnom poistení s účinnosťou od 29.1.2010 tak, aby akákoľvek pochybnosť o rozhodujúcom zdravotnom postihnutí a miere poklesu schopnosti vykonávať zárobkovú činnosť navrhovateľky bola vylúčená. Posudkový lekár sociálneho poistenia sa vyjadrí, či tiež pre iné zdravotné postihnutie u navrhovateľky je možné zvýšiť MPSVZČ. O trovách konania súd rozhodol podľa § 250k ods. 1 v spojení s § 250l ods. 2. Navrhovateľka bola v konaní úspešná, a preto jej súd priznal náhradu trov konania pozostávajúce z trov právneho zastúpenia vo výške 785,90 €, a to za 10 úkonov právnej služby: 1. prevzatie a príprava 20.9.2010 - 55,49 € + režijný paušál 7,21€ 2. účasť na pojednávaní dňa 21.9.2010 - 55,49 € + režijný paušál 7,21€ 3. účasť na pojednávaní dňa 2.3.2011 - 57 € + režijný paušál 7,41€ 4. podanie na súd z 28.7.2011 - 57 € + režijný paušál 7,41€ 5. podanie na súd z 12.9.2011 - 57 € + režijný paušál 7,41€ 6. podanie na súd z 7.11.2011 - 57 € + režijný paušál 7,41€ 7. účasť na pojednávaní dňa 7.11.2012 - 58,69 € + režijný paušál 7,63 € 8. podanie na súd z 13.11.2012 - 58,69 € + režijný paušál 7,63€ 9. podanie odvolania z 21.12.2012 - 58,69 € + režijný paušál 7,63€ 10. účasť na pojednávaní dňa 26.8.2015 - 64,53 € + režijný paušál 8,39 € Spolu 654,92 € + 20 % DPH (advokát je platcom DPH) 130,98 € Trovy právneho zastúpenia spolu s DPH 785,90 € Advokát žiadal priznať trovy právneho zastúpenia za účasť na pojednávaní dňa 9.11.2011, avšak na uvedenom pojednávaní prítomný nebol, preto mu súd túto náhradu nepriznal. Poučenie: Proti tomuto rozsudku j e prípustné odvolanie len z dôvodov uvedených v § 250j ods. 2 písm. a) a písm. b) O.s.p., ktoré možno podať do 15 dní odo dňa jeho doručenia na Krajskom súde v Bratislave. Proti výroku o trovách konania možno podať odvolanie do 15 dní odo dňa jeho doručenia na Krajskom súde v Bratislave, písomne, dvojmo.</w:t>
      </w:r>
    </w:p>
    <w:p/>
    <w:p>
      <w:r>
        <w:t>Zdroj: KAUZIS.SK – https://www.kauzis.sk/judikatura/r/ECLI:SK:KSBA:2015:1010201093.6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