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10Cbi/26/2010 z 12. 7. 2015</w:t>
      </w:r>
    </w:p>
    <w:p>
      <w:r>
        <w:t>Uznesenie Krajského súdu Bratislava z 12. júla 2015, sp. zn. 10Cbi/26/2010, ECLI:SK:KSBA:2015:1010201171.14</w:t>
      </w:r>
    </w:p>
    <w:p>
      <w:r>
        <w:t>Súd: Krajský súd Bratislava</w:t>
      </w:r>
    </w:p>
    <w:p>
      <w:r>
        <w:t>Spisová značka: 10Cbi/26/2010</w:t>
      </w:r>
    </w:p>
    <w:p>
      <w:r>
        <w:t>ECLI: ECLI:SK:KSBA:2015:1010201171.14</w:t>
      </w:r>
    </w:p>
    <w:p>
      <w:r>
        <w:t>Dátum vydania: 12. 7. 2015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10Cbi/26/2010 Identifikačné číslo súdneho spisu: 1010201171 Dátum vydania rozhodnutia: 13. 07. 2015 Meno a priezvisko sudcu, VSÚ: Mgr. Štefan Zelenák ECLI: ECLI:SK:KSBA:2015:1010201171.14 Uznesenie Krajský súd Bratislava v Bratislave, v právnej veci žalobcu: F.. M. H., Z.. L. X, Y., proti žalovanému: JUDr. Peter Sopko, Paulínska 24, Trnava, správca konkurznej podstaty úpadcu AMAVIKU, spol. s.r.o., Kasárenská 7, Trenčín, IČO: 34145761, o vylúčenie veci zo súpisu majetku konkurznej podstaty, takto r o z h o d o l : Súd konanie z a s t a v u j e. Žalovanému náhradu trov n e p r i z n á v a. o d ô v o d n e n i e : Žalobou zo dňa 16.10.2010 žalobca žiadal súd, aby vylúčil zo súpisu majetku konkurznej podstaty žalovaného finančnú hotovosť v sume 4.091,96 Eur a 500,- Eur. Písomným podaním zo dňa 6.7.2015 zobral žalobca žalobu späť v celosti. Žalovaný so späťvzatím žaloby súhlasil podaním zo dňa 6.7.2015. Podľa § 96 ods. 1, 2 OSP môže žalobca zobrať späť žalobu a to sčasti alebo celkom. Ak je žaloba vzatá späť celkom, súd konanie zastaví. Súd konanie nezastaví, ak žalovaný so späťvzatím žaloby z vážnych dôvodov nesúhlasí. Vzhľadom k tomu že návrh bol vzatý v celom rozsahu späť a žalovaný so späťvzatím súhlasil, súd v zmysle § 96 ods. 1,2 OSP konanie zastavil. O trovách konania súd rozhodol v zmysle § 96 ods. 1, 2 OSP tak, že žalovanému, ktorý nezavinil zastavenie konania ich náhradu nepriznal, pretože mu trovy nevznikli a ich náhradu priznať nežiadal. Poučenie: Proti tomuto uzneseniu možno podať odvolanie do 15 dní odo dňa jeho doručenia na Najvyšší súd SR v Bratislave cestou podpísaného súdu, písomne, trojmo.</w:t>
      </w:r>
    </w:p>
    <w:p/>
    <w:p>
      <w:r>
        <w:t>Zdroj: KAUZIS.SK – https://www.kauzis.sk/judikatura/r/ECLI:SK:KSBA:2015:1010201171.14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