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3S/323/2010 z 2. 2. 2015</w:t>
      </w:r>
    </w:p>
    <w:p>
      <w:r>
        <w:t>Uznesenie Krajského súdu Bratislava z 2. februára 2015, sp. zn. 3S/323/2010, ECLI:SK:KSBA:2015:1010201950.4</w:t>
      </w:r>
    </w:p>
    <w:p>
      <w:r>
        <w:t>Súd: Krajský súd Bratislava</w:t>
      </w:r>
    </w:p>
    <w:p>
      <w:r>
        <w:t>Spisová značka: 3S/323/2010</w:t>
      </w:r>
    </w:p>
    <w:p>
      <w:r>
        <w:t>ECLI: ECLI:SK:KSBA:2015:1010201950.4</w:t>
      </w:r>
    </w:p>
    <w:p>
      <w:r>
        <w:t>Dátum vydania: 2. 2.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3S/323/2010 Identifikačné číslo súdneho spisu: 1010201950 Dátum vydania rozhodnutia: 03. 02. 2015 Meno a priezvisko sudcu, VSÚ: Mgr. Helena Marcinkechová ECLI: ECLI:SK:KSBA:2015:1010201950.4 Uznesenie Krajský súd v Bratislave v právnej veci žalobcu: I.. N. Y., N. XX, XXX XX H., proti žalovanému: Ministerstvo vnútra SR, Pribinova 2, 812 72 Bratislava, o preskúmanie zákonnosti rozhodnutia Krajského riaditeľstva Policajného zboru v Bratislave, Krajský dopravný inšpektorát č. KRP-p-120/DI-BCP-2010- S zo dňa 3.8.2010, takto r o z h o d o l : Súd zrušuje uznesenie Krajského súdu v Bratislave č. k. 3S 323/2010-60 zo dňa 19.11.2013. o d ô v o d n e n i e : Žalobou doručenou tunajšiemu súdu dňa 27.10.2010 sa žalobca domáhal postupom podľa druhej hlavy piatej časti O. s. p. preskúmania zákonnosti rozhodnutia žalovaného č. KRP-P-120/DI-BCP-2010-S zo dňa 03.augusta 2010 ako aj prvostupňového rozhodnutia Okresného riaditeľstva Policajného zboru Bratislava II. č. ORP-P.176/II-DI-BCP-2010-M zo dňa 07.05.2010 s návrhom na ich zrušenie a vrátenie veci správnemu orgánu na ďalšie konanie, zároveň si uplatňujúc náhradu trov konania. Keďže žalobca spolu so žalobou nezaplatil poplatok za podanie žaloby v sume 33,- eur, súd ho pod následkom zastavenia konania vyzval na zaplatenie súdneho poplatku v lehote 10 dní výzvou č. k. 3S 323/2010-24 zo dňa 09.01.2012, doručenou žalobcovi dňa 06.02.2012. Žalobca napriek výzve súdny poplatok nezaplatil, preto zastavil tunajší súd konanie vo veci uznesením č. k. 323/2010-60 zo dňa 19.11.2013. Proti tomuto rozhodnutiu sa žalobca odvolal odvolaním podaným na tunajšom súde dňa 16.12.2013 s tým, že žalobca súdny poplatok dodatočne zaplatil. Podľa § 10 ods. 3 zákona č. 71/1992 Zb. o súdnych poplatkoch prvostupňový súd zruší uznesenie o zastavení konania pre nezaplatenie súdneho poplatku, ak poplatník zaplatí súdny poplatok do konca lehoty na podanie odvolania. Prvostupňový súd zruší uznesenie o zastavení konania pre nezaplatenie súdneho poplatku aj vtedy, ak bolo konanie prerušené podľa osobitného predpisu a správca v ňom pokračuje namiesto poplatníka. Vzhľadom na to, že žalobca v lehote na podanie odvolania zaplatil súdny poplatok, rozhodol súd tak, že uznesenie o zastavení konania zrušil. Poučenie: Proti tomuto uzneseniu možno podať odvolanie do 15 dní odo dňa jeho doručenia na Krajský súd v Bratislave dvojmo. Odvolaniu podanému proti rozhodnutiu, ktoré vydal súdny úradník alebo justičný čakateľ, môže v celom rozsahu vyhovieť sudca, ktorého rozhodnutie sa považuje za rozhodnutie súdu prvého stupňa; ak sudca odvolaniu nevyhovie, predloží vec na rozhodnutie odvolaciemu súdu.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https://www.kauzis.sk/judikatura/r/ECLI:SK:KSBA:2015:1010201950.4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