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4S/191/2011 z 1. 6. 2015</w:t>
      </w:r>
    </w:p>
    <w:p>
      <w:r>
        <w:t>Uznesenie Krajského súdu Bratislava z 1. júna 2015, sp. zn. 4S/191/2011, ECLI:SK:KSBA:2015:1011201630.2</w:t>
      </w:r>
    </w:p>
    <w:p>
      <w:r>
        <w:t>Súd: Krajský súd Bratislava</w:t>
      </w:r>
    </w:p>
    <w:p>
      <w:r>
        <w:t>Spisová značka: 4S/191/2011</w:t>
      </w:r>
    </w:p>
    <w:p>
      <w:r>
        <w:t>ECLI: ECLI:SK:KSBA:2015:1011201630.2</w:t>
      </w:r>
    </w:p>
    <w:p>
      <w:r>
        <w:t>Dátum vydania: 1.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4S/191/2011 Identifikačné číslo súdneho spisu: 1011201630 Dátum vydania rozhodnutia: 02. 06. 2015 Meno a priezvisko sudcu, VSÚ: JUDr. Judita Kokolevská ECLI: ECLI:SK:KSBA:2015:1011201630.2 Uznesenie Krajský súd v Bratislave v právnej veci žalobcu: Mesto Holíč, so sídlom Mestský úrad Holíč, so sídlom Bratislavská 5, 908 51 Holíč, IČO: 00 309 541, právne zastúpený: JUDr Václav Sosna, advokát so sídlom Námestie slobody 2, 909 01 Skalica, proti žalovanému: Úrad pre verejné obstarávanie, so sídlom Dunajská 68, P.O.BOX 58, 820 04 Bratislava 24, o preskúmanie zákonnosti rozhodnutia žalovaného č. 694-6000/2011-ON/252 zo dňa 19.9.2011 a o pribratí účastníka do konania, takto r o z h o d o l : Krajský súd v Bratislave p r i b e r á do konania účastníka správneho konania: I. EURO-BUILDING, a.s., Podunajská 23, 821 06 Bratislava o d ô v o d n e n i e : Žalobou doručenou súdu dňa 3.10.2011 sa žalobca domáhal preskúmania zákonnosti rozhodnutia žalovaného č. 694-6000/2011-ON/252 zo dňa 19.09.2011, ktorým podľa § 139 ods. 2 písm. d) zákona č. 25/2006 Z.z. o verejnom obstarávaní a o zmene a doplnení niektorých zákonov v znení neskorších predpisov (ďalej len ZVO) zrušil rozhodnutie žalobcu (kontrolovaného) o výbere záujemcov v užšej súťaži na predmet zákazky „Rekonštrukciou NKP podporujeme rozvoj kultúrno - poznávacieho cestovného ruchu v regióne: Objekt č. 2 Tabačiareň Zámok Holíč“ vyhlásenej kontrolovaným Mesto Holíč, Bratislavská 5, 908 51 Holíč vo Vestníku verejného obstarávania č. 38/2011 zo dňa 24.2.2011 pod značkou 01346-MUP a nariadil zopakovať výber do 30 dní od doručenia tohto rozhodnutia. Krajský súd v Bratislave rozsudkom č.k. 4S/191/2015-61 zo dňa 31.5.2013 rozhodnutie žalovaného č. 694-6000/2011-ON/252 zo dňa 19.9.2011 zrušil podľa ustanovenia § 250j ods. 2 písm. a) Občianskeho súdneho poriadku a vec mu vrátil na ďalšie konanie. Voči tomuto rozsudku bolo podané odvolanie, o ktorom Najvyšší súd Slovenskej republiky rozhodol uznesením tak, že rozsudok Krajského súdu v Bratislave č.k. 4S/191/2011-61 zo dňa 31.5.2013 zrušil a vec vrátil súdu na ďalšie konanie s tým, že krajský súd bude musieť pribrať do konania spoločnosť EURO-BUILDING, a.s., konať s ním ako s účastníkom konania a vo veci opätovne rozhodnúť. Podľa § 250 ods. 1 O.s.p. účastníkmi konania sú žalobca a žalovaný. Súd aj bez návrhu uznesením priberie do konania účastníka správneho konania, ktorého práva a povinnosti by mohli byť zrušením správneho konania dotknuté. Nakoľko spoločnosť EURO-BUILDING, a.s., je účastníkom správneho konania a výsledkom tohto sporu môžu byť dotknuté jej práva a povinnosti, súd rozhodol tak ako je uvedené vo výroku tohto uznesenia. Poučenie: Proti tomuto uzneseniu nie je možné podať odvolanie.</w:t>
      </w:r>
    </w:p>
    <w:p/>
    <w:p>
      <w:r>
        <w:t>Zdroj: KAUZIS.SK – https://www.kauzis.sk/judikatura/r/ECLI:SK:KSBA:2015:1011201630.2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