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3S/232/2011 z 28. 6. 2015</w:t>
      </w:r>
    </w:p>
    <w:p>
      <w:r>
        <w:t>Uznesenie Krajského súdu Bratislava z 28. júna 2015, sp. zn. 3S/232/2011, ECLI:SK:KSBA:2015:1011201870.3</w:t>
      </w:r>
    </w:p>
    <w:p>
      <w:r>
        <w:t>Súd: Krajský súd Bratislava</w:t>
      </w:r>
    </w:p>
    <w:p>
      <w:r>
        <w:t>Spisová značka: 3S/232/2011</w:t>
      </w:r>
    </w:p>
    <w:p>
      <w:r>
        <w:t>ECLI: ECLI:SK:KSBA:2015:1011201870.3</w:t>
      </w:r>
    </w:p>
    <w:p>
      <w:r>
        <w:t>Dátum vydania: 28.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3S/232/2011 Identifikačné číslo súdneho spisu: 1011201870 Dátum vydania rozhodnutia: 29. 06. 2015 Meno a priezvisko sudcu, VSÚ: Mgr. Helena Marcinkechová ECLI: ECLI:SK:KSBA:2015:1011201870.3 Uznesenie Krajský súd v Bratislave v právnej veci: P.. Z. Z., bytom Q. XXX/XX, XXX XX O., zastúpený: Advokátska kancelária HPP s.r.o., Záhradnícka 30, 821 08 Bratislava, proti žalovanému: Ministerstvo dopravy, výstavby a regionálneho rozvoja Slovenskej republiky, Námestie slobody 6, 810 05 Bratislava, o preskúmanie zákonnosti rozhodnutia žalovaného č. XXXXX/XXXX/VSÚ/XXXXX zo dňa XX.XX.XXXX, takto r o z h o d o l : Súd opravuje záhlavie rozsudku č.k. XS/XXX/XXXX-XX zo dňa XX.XX.XXXX v časti označenia právneho zástupcu žalobcu tak, že toto správne znie: B. kancelária D. s.r.o., T. XX, XXX XX C.. o d ô v o d n e n i e : Pri písomnom vyhotovení rozsudku č.k. 3S/232/2011-46 zo dňa 15.10.2013 došlo k pisárskej chybe, keď v záhlaví tohto rozsudku bol ako právny zástupca žalobcu označený AK HPP s.r.o., Borekova 4, 821 06 Bratislava. Správne označenie právneho zástupcu žalobcu znie: Advokátska kancelária HPP s.r.o., Záhradnícka 30, 821 08 Bratislava.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https://www.kauzis.sk/judikatura/r/ECLI:SK:KSBA:2015:1011201870.3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