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2Cbi/4/2011 z 15. 3. 2015</w:t>
      </w:r>
    </w:p>
    <w:p>
      <w:r>
        <w:t>Uznesenie Krajského súdu Bratislava z 15. marca 2015, sp. zn. 2Cbi/4/2011, ECLI:SK:KSBA:2015:1011201984.2</w:t>
      </w:r>
    </w:p>
    <w:p>
      <w:r>
        <w:t>Súd: Krajský súd Bratislava</w:t>
      </w:r>
    </w:p>
    <w:p>
      <w:r>
        <w:t>Spisová značka: 2Cbi/4/2011</w:t>
      </w:r>
    </w:p>
    <w:p>
      <w:r>
        <w:t>ECLI: ECLI:SK:KSBA:2015:1011201984.2</w:t>
      </w:r>
    </w:p>
    <w:p>
      <w:r>
        <w:t>Dátum vydania: 15.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2Cbi/4/2011 Identifikačné číslo súdneho spisu: 1011201984 Dátum vydania rozhodnutia: 16. 03. 2015 Meno a priezvisko sudcu, VSÚ: Mgr. Štefan Zelenák ECLI: ECLI:SK:KSBA:2015:1011201984.2 Uznesenie Krajský súd v Bratislave, v právnej veci žalobcu: D.. M. A., K.. K. X, K., proti žalovanému: JUDr. Martina Mrázová, Šoltésovej 20, Bratislava, správca konkurznej podstaty úpadcu TAZ, a.s. v likvidácii, Coburgova 84, Trnava, IČO: 36 227 803, o zaplatenie 261,15 Eur s príslušenstvom, takto r o z h o d o l : Súd konanie z a s t a v u j e. Žalobcovi sa náhrada trov konania nepriznáva. o d ô v o d n e n i e : Uznesením tunajšieho súdu č.k. 6Cbi 26/2009-127 zo dňa 27.10.2011, bol vzájomný návrh žalobcu vylúčený na samostatné konanie. Písomným podaním došlým tun. súdu dňa 6.3.2015 zobral žalobca žalobu späť v celosti. Podľa § 96 ods. 1, 3 OSP môže žalobca zobrať žalobu späť a to sčasti, alebo celkom. Ak je žaloba vzatá späť celkom, súd konanie zastaví. Nesúhlas žalovaného so späťvzatím nie je účinný, ak dôjde k späťvzatiu skôr, než sa začalo pojednávanie. Vzhľadom k tomu, že návrh bol vzatý v celom rozsahu späť, súd v zmysle § 96 ods. 1, 3 OSP konanie zastavil. O trovách konania súd rozhodol podľa § 146 ods. 2 OSP tak, že žalobcovi ich náhradu nepriznal, pretože mu trovy nevznikli. Poučenie: Proti tomuto uzneseniu možno podať odvolanie do 15 dní odo dňa jeho doručenia na Najvyšší súd SR v Bratislave, cestou podpísaného súdu písomne, trojmo.</w:t>
      </w:r>
    </w:p>
    <w:p/>
    <w:p>
      <w:r>
        <w:t>Zdroj: KAUZIS.SK – https://www.kauzis.sk/judikatura/r/ECLI:SK:KSBA:2015:1011201984.2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