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5S/61/2012 z 15. 12. 2015</w:t>
      </w:r>
    </w:p>
    <w:p>
      <w:r>
        <w:t>Uznesenie Krajského súdu Bratislava z 15. decembra 2015, sp. zn. 5S/61/2012, ECLI:SK:KSBA:2015:1012200258.2</w:t>
      </w:r>
    </w:p>
    <w:p>
      <w:r>
        <w:t>Súd: Krajský súd Bratislava</w:t>
      </w:r>
    </w:p>
    <w:p>
      <w:r>
        <w:t>Spisová značka: 5S/61/2012</w:t>
      </w:r>
    </w:p>
    <w:p>
      <w:r>
        <w:t>ECLI: ECLI:SK:KSBA:2015:1012200258.2</w:t>
      </w:r>
    </w:p>
    <w:p>
      <w:r>
        <w:t>Dátum vydania: 15.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5S/61/2012 Identifikačné číslo súdneho spisu: 1012200258 Dátum vydania rozhodnutia: 16. 12. 2015 Meno a priezvisko sudcu, VSÚ: Mgr. Helena Marcinkechová ECLI: ECLI:SK:KSBA:2015:1012200258.2 Uznesenie Krajský súd v Bratislave v právnej veci žalobcu: JUDr. Viery Šebestovej a členiek senátu JUDr. Dáši Filovej a JUDr. Anny Peťovskej, PhD., v právnej veci žalobcu: Lesoochranárske zoskupenie VLK, občianske združenie, IČO: 31 303 862, Tulčík č. 26, zastúpeného: JUDr. Iveta Rajtáková, advokátka, Štúrova 20, Košice, proti žalovanému: Ministerstvo životného prostredia Slovenskej republiky, Námestie Ľ. Štúra č. 1, Bratislava, o preskúmanie zákonnosti rozhodnutia žalovaného č. XXXX/XXXX-X.XX (XX/ XXXX-rozkl.) zo dňa 28. novembra 2011, takto r o z h o d o l : Súd opravuje v záhlaví rozsudku č. k. 5S 61/2012-111 zo dňa 23. júla 2013 dátum vydania napadnutého rozhodnutia žalovaného tak, že tento správne znie 28. novembra 2011. o d ô v o d n e n i e : Pri písomnom vyhotovení rozsudku č.k. 5S 61/2012-111 zo dňa 23.7.2013 došlo k chybe v písaní, keď v záhlaví bolo uvedené, že napadnuté rozhodnutie žalovaného č. 8669/2011-1.10 (40/2011-rozkl.) bolo vydané v novembri 2011. Správny dátum vydania napadnutého rozhodnutia je 28. novembra 2011.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https://www.kauzis.sk/judikatura/r/ECLI:SK:KSBA:2015:1012200258.2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