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5Sd/109/2012 z 27. 10. 2015</w:t>
      </w:r>
    </w:p>
    <w:p>
      <w:r>
        <w:t>Uznesenie Krajského súdu Bratislava z 27. októbra 2015, sp. zn. 5Sd/109/2012, ECLI:SK:KSBA:2015:1012200704.2</w:t>
      </w:r>
    </w:p>
    <w:p>
      <w:r>
        <w:t>Súd: Krajský súd Bratislava</w:t>
      </w:r>
    </w:p>
    <w:p>
      <w:r>
        <w:t>Spisová značka: 5Sd/109/2012</w:t>
      </w:r>
    </w:p>
    <w:p>
      <w:r>
        <w:t>ECLI: ECLI:SK:KSBA:2015:1012200704.2</w:t>
      </w:r>
    </w:p>
    <w:p>
      <w:r>
        <w:t>Dátum vydania: 27. 10.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5Sd/109/2012 Identifikačné číslo súdneho spisu: 1012200704 Dátum vydania rozhodnutia: 28. 10. 2015 Meno a priezvisko sudcu, VSÚ: JUDr. Milota Tóthová ECLI: ECLI:SK:KSBA:2015:1012200704.2 Uznesenie Krajský súd v Bratislave v právnej veci navrhovateľky E. P., T. D. XXXX/X, T., proti odporkyni Sociálnej poisťovni ústredie, Ul. 29. augusta č. 8-10, Bratislava, o starobný dôchodok, takto r o z h o d o l : Súd konanie z a s t a v u j e . Žiaden z účastníkov nemá právo na náhradu trov konania. o d ô v o d n e n i e : Navrhovateľka svojím návrhom zo dňa 23.1.2012 žiadala preskúmať rozhodnutie odporkyne číslo XXX XXX XXXX X zo dňa 20.12.2011, ktorým odporkyňa navrhovateľke od 7. novembra 2011 priznala starobný dôchodok v sume 272,00 eur mesačne, zvýšený od 1. januára 2012 na sumu 281,00 eur mesačne, rozhodnutie číslo XXX XXX XXXX X zo dňa 21.12.2011, ktorým odporkyňa rozhodla podľa § 81 ods. 2 zákona č. 461/2003 Z.z. o súbehu starobného dôchodku a vdovského dôchodku ku dňu priznania starobného dôchodku od 7. novembra 2011 a rozhodnutie číslo XXX XXX XXXX X zo dňa 21.12.2011, ktorým odporkyňa navrhovateľke od 1. januára 2012 zvýšila starobný dôchodok a vdovský dôchodok. Písomným prehlásením zo dňa 6.10.2015 navrhovateľka vzala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https://www.kauzis.sk/judikatura/r/ECLI:SK:KSBA:2015:1012200704.2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