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5S/152/2012 z 22. 6. 2015</w:t>
      </w:r>
    </w:p>
    <w:p>
      <w:r>
        <w:t>Uznesenie Krajského súdu Bratislava z 22. júna 2015, sp. zn. 5S/152/2012, ECLI:SK:KSBA:2015:1012200770.2</w:t>
      </w:r>
    </w:p>
    <w:p>
      <w:r>
        <w:t>Súd: Krajský súd Bratislava</w:t>
      </w:r>
    </w:p>
    <w:p>
      <w:r>
        <w:t>Spisová značka: 5S/152/2012</w:t>
      </w:r>
    </w:p>
    <w:p>
      <w:r>
        <w:t>ECLI: ECLI:SK:KSBA:2015:1012200770.2</w:t>
      </w:r>
    </w:p>
    <w:p>
      <w:r>
        <w:t>Dátum vydania: 22. 6. 2015</w:t>
      </w:r>
    </w:p>
    <w:p>
      <w:r>
        <w:t>Forma: Uznesenie</w:t>
      </w:r>
    </w:p>
    <w:p>
      <w:pPr>
        <w:pStyle w:val="Heading2"/>
      </w:pPr>
      <w:r>
        <w:t>Text rozhodnutia</w:t>
      </w:r>
    </w:p>
    <w:p>
      <w:r>
        <w:t>Súd: Krajský súd Bratislava Spisová značka: 5S/152/2012 Identifikačné číslo súdneho spisu: 1012200770 Dátum vydania rozhodnutia: 23. 06. 2015 Meno a priezvisko sudcu, VSÚ: JUDr. Dáša Filová ECLI: ECLI:SK:KSBA:2015:1012200770.2 Uznesenie Krajský súd v Bratislave v právnej veci žalobcu: M. P., K. XXX/XX, XXX XX X. G., C.: XX XXX XXX, zastúpený: JUDr. František Kočka, advokát, so sídlom Stropkovská 48, 040 11 Košice, adresa pre doručovanie Pribinova 8, 040 01 Košice, proti žalovanému: Ministerstvo financií Slovenskej republiky, so sídlom Štefanovičova 5, 817 82 Bratislava, o preskúmanie zákonnosti rozhodnutia ministra žalovaného č. MF/10484/2012-11 zo dňa 20.2.2012, takto r o z h o d o l : Konanie sa z a s t a v u j e . Žiaden z účastníkov nemá právo na náhradu trov konania. Žalobcovi sa vracia súdny poplatok vo výške XX,XX eur prostredníctvo Slovenskej pošty N., D., Thurzova 1, XXX XX Košice. o d ô v o d n e n i e : Žalobou doručenou Krajskému súdu v Bratislave dňa 19.04.2012 sa žalovaný domáhal preskúmania zákonnosti rozhodnutia ministra financií č. MF/10484/2012-11 zo dňa 20.2.2012 o rozklade proti rozhodnutiu Ministerstva financií Slovenskej republiky č. MF/25551/3/2011-73 zo dňa 25.10.2011, ktorým Ministerstvo financií Slovenskej republiky nevyhovelo protestu Krajskej prokuratúry v Prešove. Žalobca v žalobe uviedol, že rozhodnutím č. ministra financií č. MF/10484/2012-11 zo dňa 20.2.2012 v spojení s rozhodnutím č. MF/25551/3/2011-73 zo dňa 25.10.2011 bol ukrátený na svojich právach - uplatniť si oslobodenie od dane z pridanej hodnoty, keď v prípade vyhovenia protestu prokurátora by došlo k zrušeniu rozhodnutia Daňového riaditeľstva Slovenskej republiky č. I/XXX/XXXXX-XXXXXX/ XXXX/XXXXXX-r zo dňa XX.XX.XXXX a vráteniu veci Daňovému úradu v Kežmarku. Podľa názoru žalobcu sú splnené všetky podmienky uvedené v § 247 a § 248 O.s.p. a z toho dôvodu žiada, aby súd preskúmal zákonnosť celého rozhodnutia a postupu správneho orgánu a zrušil jeho rozhodnutie. Keďže žalobca spolu so žalobou nezaplatil poplatok za podanie žaloby v sume 66,- eur, súd ho pod následkom zastavenia konania vyzval na zaplatenie súdneho poplatku v lehote 10 dní výzvou č.k. 5S 152/2012-37 zo dňa 7.10.2013, doručenou právnemu zástupcovi žalobcu dňa 10.10.2013. Žalobca napriek výzve súdny poplatok nezaplatil. Konajúci súd zastavil konanie v danej veci, pretože žalobu podala osoba, ktorá nie je aktívne legitimovaná na podanie žaloby. Proti uzneseniu č.k. 5S 152/2012-46 podal žalobca odvolanie a v lehote na odvolanie zaplatil súdny poplatok. Najvyšší súd SR prejednal vec a rozhodol uznesením sp. zn. 5Sžf 27/2014 zo dňa 29.04.2015 tak, že uznesenie KS Bratislava č.k. 5S 152/2012-46 zo dňa 05.11.2013 potvrdil v časti o zastavení konania pre nedostatok aktívnej legitimácie žalobcu a zrušil uznesenie v časti pre nezaplatenie súdneho poplatku a v tejto časti vec vrátil Krajskému súdu v Bratislave na ďalšie konanie.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Žalobca zaplatil súdny poplatok v lehote na odvolanie a preto Najvyšší súd SR uznesením č.k. 5Sžf 27/2014 zo dňa 29.04.2015 v časti o nezaplatení súdneho poplatku vrátil vec Krajskému súdu v Bratislave na ďalšie konanie. Tým, že žalobca zaplatil súdny poplatok v lehote na odvolanie, súd vracia žalobcovi poplatok vo výške 59,37 eur. O náhrade trov konania súd rozhodol podľa § 246c ods. 1 O.s.p. s použitím § 146 ods. 1 písm. c/ O.s.p., podľa ktorého žiaden z účastníkov nemá právo na náhradu trov konania podľa výsledku, ak bolo konanie zastavené. Toto rozhodnutie senát Krajského súdu v Bratislave prijal pomerom hlasov 3 : 0 (§ 3 ods. 9 zákona č. 757/2004 Z.z. v znení zákona č. 33/2011 Z.z.). Poučenie: Proti tomuto rozsudku možno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https://www.kauzis.sk/judikatura/r/ECLI:SK:KSBA:2015:1012200770.2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