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5S/191/2012 z 14. 1. 2015</w:t>
      </w:r>
    </w:p>
    <w:p>
      <w:r>
        <w:t>Uznesenie Krajského súdu Bratislava z 14. januára 2015, sp. zn. 5S/191/2012, ECLI:SK:KSBA:2015:1012201056.5</w:t>
      </w:r>
    </w:p>
    <w:p>
      <w:r>
        <w:t>Súd: Krajský súd Bratislava</w:t>
      </w:r>
    </w:p>
    <w:p>
      <w:r>
        <w:t>Spisová značka: 5S/191/2012</w:t>
      </w:r>
    </w:p>
    <w:p>
      <w:r>
        <w:t>ECLI: ECLI:SK:KSBA:2015:1012201056.5</w:t>
      </w:r>
    </w:p>
    <w:p>
      <w:r>
        <w:t>Dátum vydania: 14. 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5S/191/2012 Identifikačné číslo súdneho spisu: 1012201056 Dátum vydania rozhodnutia: 15. 01. 2015 Meno a priezvisko sudcu, VSÚ: Mgr. Helena Marcinkechová ECLI: ECLI:SK:KSBA:2015:1012201056.5 Uznesenie Krajský súd v Bratislave v právnej veci žalobkyne: H.. B. R., J. údolie XXX, O., zastúpená: JUDr. Peter Vačok, advokát, Vazovova 9/A, 811 07 Bratislava, proti žalovanému: Okresný úrad Bratislava, odbor výstavby a bytovej politiky, Lamačská cesta 8, 845 14 Bratislava, za účasti: P. Q., bytom J. údolie XXX, XXX XX Bratislava, o preskúmanie zákonnosti rozhodnutia právneho predchodcu žalovaného Krajského stavebného úradu v Bratislave č. A-2012/1118-DLD zo dňa 16.04.2012 , takto r o z h o d o l : Súd o p r a v u j e záhlavie rozsudku č.k. 5S/191/2012 - 106 zo dňa 22.7. 2014 v časti označenia žalovaného tak, že toto správne znie: Okresný úrad Bratislava, odbor výstavby a bytovej politiky, Lamačská cesta 8, 845 14 Bratislava. o d ô v o d n e n i e : Pri písomnom vyhotovení rozsudku č.k. 5S/191/2012 - 106 zo dňa 22.7. 2014 došlo k pisárskej chybe, keď v záhlaví rozsudku bol ako žalovaný nesprávne označený Obvodný úrad Bratislava, odbor výstavby a bytovej politiky, ktorý s účinnosťou od 1.10.2013 bol zrušený zákonom č. 180/2013 Z.z. o organizácií miestnej štátnej správy, pričom pôsobnosť obvodných úradov prešla podľa § 9 ods. 1 zákona č. 180/2013 Z.z. na okresné úrady. Právnym nástupcom zaniknutého Obvodného úradu v Bratislave a žalovaným tak je Okresný úrad Bratislava.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https://www.kauzis.sk/judikatura/r/ECLI:SK:KSBA:2015:1012201056.5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