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2S/282/2012 z 15. 3. 2015</w:t>
      </w:r>
    </w:p>
    <w:p>
      <w:r>
        <w:t>Uznesenie Krajského súdu Bratislava z 15. marca 2015, sp. zn. 2S/282/2012, ECLI:SK:KSBA:2015:1012201537.5</w:t>
      </w:r>
    </w:p>
    <w:p>
      <w:r>
        <w:t>Súd: Krajský súd Bratislava</w:t>
      </w:r>
    </w:p>
    <w:p>
      <w:r>
        <w:t>Spisová značka: 2S/282/2012</w:t>
      </w:r>
    </w:p>
    <w:p>
      <w:r>
        <w:t>ECLI: ECLI:SK:KSBA:2015:1012201537.5</w:t>
      </w:r>
    </w:p>
    <w:p>
      <w:r>
        <w:t>Dátum vydania: 15.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2S/282/2012 Identifikačné číslo súdneho spisu: 1012201537 Dátum vydania rozhodnutia: 16. 03. 2015 Meno a priezvisko sudcu, VSÚ: JUDr. Marián Trenčan ECLI: ECLI:SK:KSBA:2015:1012201537.5 Uznesenie Krajský súd v Bratislave v právnej veci žalobcu: Agentúra podporovaného zamestnávania Somotor, n.o., IČO: 35 581 166, Agátová 2, Somotor, zastúpený: JUDr. Jana Liptáková, advokátka, Krmanova 1, Košice, proti žalovanému: Ministerstvo financií Slovenskej republiky, Štefanovičova 5, Bratislava, o preskúmanie zákonnosti rozhodnutia žalovaného č. MF/XXXXXX/XXXX-XXX/XXX zo dňa 12.06.2012, takto r o z h o d o l : Uznesenie Krajského súdu v Bratislave č. k. 2S/282/2012-35 zo dňa 09.04.2014, ktorým sa konanie zastavilo, sa z r u š u j e v celom rozsahu. o d ô v o d n e n i e : Žalobou doručenou Krajskému súdu v Bratislave dňa 20.08.2012 sa žalobca domáha preskúmania zákonnosti rozhodnutia žalovaného č. MF/XXXXXX/XXXX-XXX/XXX zo dňa 12.06.2012 vo veci uloženia odvodu žalobcovi za porušenie finančnej disciplíny do štátneho rozpočtu a do štrukturálneho fondu v sume 3 823,45 eur. Výzvou č. k. 2S/282/2012-31 zo dňa 03.03.2014, doručenou právnej zástupkyni žalobcu dňa 10.03.2014, bol žalobca vyzvaný na zaplatenie súdneho poplatku vo výške 66,- eur podľa položky 10 písm. a) sadzobníka súdnych poplatkov v platnom znení v lehote 10 dní odo dňa doručenia výzvy. Zároveň bol žalobca poučený o tom, že ak poplatok nebude zaplatený v určenej lehote, konanie sa v zmysle ustanovenia § 10 ods. 1 zákona č. 71/1992 Zb. o súdnych poplatkoch a poplatku za výpis z registra trestov v znení neskorších predpisov (ďalej len „zákon č. 71/1992 Zb.“) zastaví. Nakoľko žalobca súdny poplatok za žalobu nezaplatil a táto skutočnosť bránila vecnému vybaveniu žaloby, súd podľa § 10 ods. 1 zákona č. 71/1992 Zb. konanie pre nezaplatenie súdneho poplatku uznesením č. k. 2S/282/2012-35 zo dňa 09.04.2014 zastavil. Dňa 19.05.2014 bol tunajšiemu súdu doručený návrh žalobcu na odpustenie zmeškania lehoty z dôvodu náhleho zhoršenia zdravotného stavu právnej zástupkyne, ktoré jej znemožnilo realizovať zaplatenie súdneho poplatku v súdom stanovenej lehote, nakoľko trpela dlhodobými horúčkovými stavmi a dočasnou stratou sluchu. Žalobca zároveň navrhol zrušiť uznesenie o zastavení konania, pričom zaplatil súdny poplatok za žalobu vo výške 66,- eur nalepením kolkových známok na návrh. Krajský súd v Bratislave uznesením č. k. 2S/282/2012-42 zo dňa 06.10.2014 odpustil žalobcovi zmeškanie lehoty na zaplatenie súdneho poplatku za žalobu ustanovenej vo výzve č. k. 2S/282/2012-31 zo dňa 03.03.2014. V zmysle § 10 ods. 3 zákona č. 71/1992 Zb., prvostupňový súd zruší uznesenie o zastavení konania pre nezaplatenie súdneho poplatku, ak poplatník zaplatí súdny poplatok do konca lehoty na podanie odvolania. Prvostupňový súd zruší uznesenie o zastavení konania pre nezaplatenie súdneho poplatku aj vtedy, ak bolo konanie prerušené podľa osobitného predpisu a správca v ňom pokračuje namiesto poplatníka. Vzhľadom na to, že žalobca uhradil súdny poplatok za žalobu vo výške 66,- eur nalepením kolkových známok na návrh na odpustenie zmeškania lehoty a Krajský súd v Bratislave zmeškanie lehoty na jeho zaplatenie odpustil, tunajší súd v zmysle § 10 ods. 3 veta prvá zákona č. 71/1992 Zb. uznesenie o zastavení konania zrušil a v konaní bude pokračovať. Poučenie: Proti tomuto uzneseniu je možné podať odvolanie v lehote 15 dní odo dňa jeho doručenia, a to písomne, v troch vyhotoveniach na Najvyšší súd Slovenskej republiky prostredníctvom Krajského súdu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https://www.kauzis.sk/judikatura/r/ECLI:SK:KSBA:2015:1012201537.5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