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2S/316/2012 z 25. 3. 2015</w:t>
      </w:r>
    </w:p>
    <w:p>
      <w:r>
        <w:t>Uznesenie Krajského súdu Bratislava z 25. marca 2015, sp. zn. 2S/316/2012, ECLI:SK:KSBA:2015:1012201779.8</w:t>
      </w:r>
    </w:p>
    <w:p>
      <w:r>
        <w:t>Súd: Krajský súd Bratislava</w:t>
      </w:r>
    </w:p>
    <w:p>
      <w:r>
        <w:t>Spisová značka: 2S/316/2012</w:t>
      </w:r>
    </w:p>
    <w:p>
      <w:r>
        <w:t>ECLI: ECLI:SK:KSBA:2015:1012201779.8</w:t>
      </w:r>
    </w:p>
    <w:p>
      <w:r>
        <w:t>Dátum vydania: 25.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2S/316/2012 Identifikačné číslo súdneho spisu: 1012201779 Dátum vydania rozhodnutia: 26. 03. 2015 Meno a priezvisko sudcu, VSÚ: JUDr. Lucia Lasabová ECLI: ECLI:SK:KSBA:2015:1012201779.8 Uznesenie Krajský súd v Bratislave v právnej veci žalobcov: 1/ O. Z., L. XX, N., 2/ V. Z., L. XX, N., 3/ OZ D. F., L. XX, N., IČO: 422 567 55, zastúpení: Mgr. Martin Berec, advokát, Domus Petra, Pod Sokolice 1/B, Trenčín, proti žalovanému: Okresný úrad Bratislava, odbor výstavby a bytovej politiky, Lamačská cesta 8, Bratislava, za účasti: 1/ M. C., L. XX, N., 2/ T. C., L. XX, N., 3/ P. N., O. XX, N., 4/ V. N., O. XX, N., všetci zastúpení: JUDr. Dominika Horváthová, advokátka, Jašíkova 2, Bratislava, o preskúmanie zákonnosti rozhodnutia žalovaného č. ČA/XXXX/XXXX/MRV zo dňa 23.07.2012, takto r o z h o d o l : Krajský súd v Bratislave o p r a v u j e záhlavie rozsudku Krajského súdu v Bratislave č. k. 2S/316/2012-94 zo dňa 29.10.2014 tak, že za označenie pribratých účastníkov dopĺňa označenie ich právnej zástupkyne „JUDr. Dominika Horváthová, advokátka, Jašíkova 2, Bratislava“. V ostatných častiach zostáva rozsudok Krajského súdu v Bratislave č. k. 2S/316/2012-94 zo dňa 29.10.2014 nezmenený. o d ô v o d n e n i e : Pri písomnom vyhotovení rozsudku Krajského súdu v Bratislave č. k. 2S/316/2012-94 zo dňa 29.10.2014 došlo k pisárskej chybe, keď v záhlaví rozsudku nebola uvedená právna zástupkyňa pribratých účastníkov. V záhlaví rozsudku malo byť uvedené za označenie pribratých účastníkov označenie ich právnej zástupkyne „JUDr. Dominika Horváthová, advokátka, Jašíkova 2, Bratislava“. Podľa § 164 O.s.p.,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Krajský súd v Bratislave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https://www.kauzis.sk/judikatura/r/ECLI:SK:KSBA:2015:1012201779.8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