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5S/316/2012 z 10. 8. 2015</w:t>
      </w:r>
    </w:p>
    <w:p>
      <w:r>
        <w:t>Uznesenie Krajského súdu Bratislava z 10. augusta 2015, sp. zn. 5S/316/2012, ECLI:SK:KSBA:2015:1012201785.3</w:t>
      </w:r>
    </w:p>
    <w:p>
      <w:r>
        <w:t>Súd: Krajský súd Bratislava</w:t>
      </w:r>
    </w:p>
    <w:p>
      <w:r>
        <w:t>Spisová značka: 5S/316/2012</w:t>
      </w:r>
    </w:p>
    <w:p>
      <w:r>
        <w:t>ECLI: ECLI:SK:KSBA:2015:1012201785.3</w:t>
      </w:r>
    </w:p>
    <w:p>
      <w:r>
        <w:t>Dátum vydania: 10.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5S/316/2012 Identifikačné číslo súdneho spisu: 1012201785 Dátum vydania rozhodnutia: 11. 08. 2015 Meno a priezvisko sudcu, VSÚ: Mgr. Helena Marcinkechová ECLI: ECLI:SK:KSBA:2015:1012201785.3 Uznesenie Krajský súd v Bratislave v právnej veci žalobcu: P. Q., bytom Q. XX, XXX XX X. - V., proti žalovanému: Okresný úrad Prešov, Námestie mieru 3, 081 92 Prešov, o preskúmanie zákonnosti rozhodnutia Ministerstva vnútra Slovenskej republiky č. SVS-OP1-2012/014031/TMB zo dňa 19.06.2012, takto r o z h o d o l : Súd opravuje v záhlaví rozsudku č.k. 5S/316/2012-75 zo dňa 15.4.2014 označenie žalobcu menom a priezviskom tak, že toto správne znie Jozef Sedmák. o d ô v o d n e n i e : Pri písomnom vyhotovení rozsudku č. k. 5S/316/2012-75 zo dňa 15.4.2014 došlo k chybe v písaní, keď v záhlaví rozsudku bol ako žalobca označený P. Q.. Správne meno a priezvisko žalobcu je P. Q..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https://www.kauzis.sk/judikatura/r/ECLI:SK:KSBA:2015:1012201785.3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