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8Sd/75/2012 z 3. 6. 2015</w:t>
      </w:r>
    </w:p>
    <w:p>
      <w:r>
        <w:t>Uznesenie Krajského súdu Bratislava z 3. júna 2015, sp. zn. 8Sd/75/2012, ECLI:SK:KSBA:2015:1012204687.4</w:t>
      </w:r>
    </w:p>
    <w:p>
      <w:r>
        <w:t>Súd: Krajský súd Bratislava</w:t>
      </w:r>
    </w:p>
    <w:p>
      <w:r>
        <w:t>Spisová značka: 8Sd/75/2012</w:t>
      </w:r>
    </w:p>
    <w:p>
      <w:r>
        <w:t>ECLI: ECLI:SK:KSBA:2015:1012204687.4</w:t>
      </w:r>
    </w:p>
    <w:p>
      <w:r>
        <w:t>Dátum vydania: 3.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8Sd/75/2012 Identifikačné číslo súdneho spisu: 1012204687 Dátum vydania rozhodnutia: 04. 06. 2015 Meno a priezvisko sudcu, VSÚ: JUDr. Peter Pospech ECLI: ECLI:SK:KSBA:2015:1012204687.4 Uznesenie Krajský súd v Bratislave v právnej veci navrhovateľa: G. P., X.. XX.X.XXXX, L. J..S.. P. XXXX/X, XXX XX R. E., zast. Mgr. Zuzanou Zajíčkovou, advokátkou, so sídlom Dostojevského rad 17, 811 09 Bratislava, proti odporkyni: Sociálna poisťovňa - ústredie, so sídlom Ul. 29. augusta č. 8, 813 63 Bratislava, o starobný dôchodok, takto r o z h o d o l : Súd konanie z a s t a v u j e . Žiaden z účastníkov nemá právo na náhradu trov konania. o d ô v o d n e n i e : Navrhovateľ svojím návrhom zo dňa 29.10.2012 žiadal preskúmať rozhodnutie odporkyne číslo XXX XXX XXXX zo dňa 14.9.2012, ktorým odporkyňa priznala navrhovateľovi predčasný starobný dôchodok v sume 749,80,- eur od 8.9.2010. Písomným prehlásením došlým súdu dňa 3.6.2015 navrhovateľ vzal späť návrh v celom rozsahu a žiadal konanie zastaviť.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https://www.kauzis.sk/judikatura/r/ECLI:SK:KSBA:2015:1012204687.4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