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6S/2298/2012 z 19. 2. 2015</w:t>
      </w:r>
    </w:p>
    <w:p>
      <w:r>
        <w:t>Uznesenie Krajského súdu Bratislava z 19. februára 2015, sp. zn. 6S/2298/2012, ECLI:SK:KSBA:2015:1012211028.1</w:t>
      </w:r>
    </w:p>
    <w:p>
      <w:r>
        <w:t>Súd: Krajský súd Bratislava</w:t>
      </w:r>
    </w:p>
    <w:p>
      <w:r>
        <w:t>Spisová značka: 6S/2298/2012</w:t>
      </w:r>
    </w:p>
    <w:p>
      <w:r>
        <w:t>ECLI: ECLI:SK:KSBA:2015:1012211028.1</w:t>
      </w:r>
    </w:p>
    <w:p>
      <w:r>
        <w:t>Dátum vydania: 19.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6S/2298/2012 Identifikačné číslo súdneho spisu: 1012211028 Dátum vydania rozhodnutia: 20. 02. 2015 Meno a priezvisko sudcu, VSÚ: JUDr. Soňa Langová ECLI: ECLI:SK:KSBA:2015:1012211028.1 Uznesenie Krajský súd v Bratislave v právnej veci žalobcu: P. S., bytom W.. B. Č.. X, XXX XX O., právne zastúpený: JUDr. Ľudovít Štanglovič, advokát so sídlom Jarmočná 2264/3, 927 01 Šaľa proti žalovanému: Krajské riaditeľstvo Policajného zboru v Bratislave, Krajský dopravný inšpektorát, so sídlom Špitálska 14, 812 28 Bratislava, v konaní o preskúmanie zákonnosti rozhodnutia žalovaného č. KRPZ-P-163/BA-KDI21-2012 zo dňa 9.10.2012, jednohlasne, takto r o z h o d o l : Krajský súd v Bratislave konanie z a s t a v u j e . Žiaden z účastníkov nemá právo na náhradu trov konania. o d ô v o d n e n i e : Žalobou doručenou Krajskému súdu v Bratislave dňa 19.11.2012 sa žalobca domáhal preskúmania zákonnosti rozhodnutia žalovaného č. KRPZ-P-163/BA-KDI21-2012 zo dňa 9.10.2012, ktorým žalovaný odvolanie žalobcu ako účastníka konania zamietol a potvrdil rozhodnutie správneho orgánu prvého stupňa č. ORP-P-669/BAII-ODI-2012-V zo dňa 5.9.2012 o uložení pokuty vo výške 300 €. Výzvou zo dňa 19.1.2015 doručenou právnemu zástupcovi žalobcu dňa 27.1.2015, bol žalobca vyzvaný na zaplatenie súdneho poplatku vo výške 35,- € podľa položky 10 písm. b)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§ 18ca zákona č. 71/1992 Zb. o súdnych poplatkoch, z úkonov navrhnutých alebo za konania začaté do 30. septembra 2012 sa vyberajú poplatky podľa predpisov účinných do 30. septembra 2012, i keď sa stanú splatnými po 30. septembri 2012. Podľa položky 10 písm. b) sadzobníka súdnych poplatkov účinného od 1.10.2012, sa platí súdny poplatok z návrhu na preskúmanie zákonnosti rozhodnutia orgánu verejnej správy na základe žaloby v sume 35,-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https://www.kauzis.sk/judikatura/r/ECLI:SK:KSBA:2015:1012211028.1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