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4Sp/187/2012 z 10. 2. 2015</w:t>
      </w:r>
    </w:p>
    <w:p>
      <w:r>
        <w:t>Uznesenie Krajského súdu Bratislava z 10. februára 2015, sp. zn. 4Sp/187/2012, ECLI:SK:KSBA:2015:1012211202.1</w:t>
      </w:r>
    </w:p>
    <w:p>
      <w:r>
        <w:t>Súd: Krajský súd Bratislava</w:t>
      </w:r>
    </w:p>
    <w:p>
      <w:r>
        <w:t>Spisová značka: 4Sp/187/2012</w:t>
      </w:r>
    </w:p>
    <w:p>
      <w:r>
        <w:t>ECLI: ECLI:SK:KSBA:2015:1012211202.1</w:t>
      </w:r>
    </w:p>
    <w:p>
      <w:r>
        <w:t>Dátum vydania: 10. 2. 2015</w:t>
      </w:r>
    </w:p>
    <w:p>
      <w:r>
        <w:t>Forma: Uznesenie</w:t>
      </w:r>
    </w:p>
    <w:p>
      <w:pPr>
        <w:pStyle w:val="Heading2"/>
      </w:pPr>
      <w:r>
        <w:t>Text rozhodnutia</w:t>
      </w:r>
    </w:p>
    <w:p>
      <w:r>
        <w:t>Súd: Krajský súd Bratislava Spisová značka: 4Sp/187/2012 Identifikačné číslo súdneho spisu: 1012211202 Dátum vydania rozhodnutia: 11. 02. 2015 Meno a priezvisko sudcu, VSÚ: JUDr. Ľubomír Šramko ECLI: ECLI:SK:KSBA:2015:1012211202.1 Uznesenie Krajský súd v Bratislave v právnej veci navrhovateľa: G. G. J., bytom G.K. XX, J. proti odporcovi: Hlavné mesto Slovenskej republiky Bratislava so sídlom Primaciálne nám. 1, Bratislava v konaní o opravnom prostriedku navrhovateľa zo dňa 28.11.2012 proti rozhodnutiu odporcu Číslo: 51565/12/433480/741/ MM, Číslo konania: 741/MM zo dňa 10.11.2012 takto r o z h o d o l : Krajský súd v Bratislave konanie z a s t a v u j e . Žiaden z účastníkov konania nemá právo na náhradu trov tohto konania. o d ô v o d n e n i e : Dňa 17.12.2012 bol prostredníctvom odporcu konajúcemu Krajskému súdu v Bratislave (ďalej len „súd“) doručený návrh - opravný prostriedok navrhovateľa z 28.11.2012, ktorým sa domáhal zrušenia napadnutého rozhodnutia odporcu Číslo: 51565/12/433480/741/MM, Číslo konania: 741/MM zo dňa 10.11.2012. Na deň 11.2.2015 bol v predmetnej veci určený termín pojednávania. Pred začatím pojednávania navrhovateľ zobral svoj návrh z 28.11.2012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https://www.kauzis.sk/judikatura/r/ECLI:SK:KSBA:2015:1012211202.1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