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2S/2616/2012 z 24. 3. 2015</w:t>
      </w:r>
    </w:p>
    <w:p>
      <w:r>
        <w:t>Uznesenie Krajského súdu Bratislava z 24. marca 2015, sp. zn. 2S/2616/2012, ECLI:SK:KSBA:2015:1012211223.1</w:t>
      </w:r>
    </w:p>
    <w:p>
      <w:r>
        <w:t>Súd: Krajský súd Bratislava</w:t>
      </w:r>
    </w:p>
    <w:p>
      <w:r>
        <w:t>Spisová značka: 2S/2616/2012</w:t>
      </w:r>
    </w:p>
    <w:p>
      <w:r>
        <w:t>ECLI: ECLI:SK:KSBA:2015:1012211223.1</w:t>
      </w:r>
    </w:p>
    <w:p>
      <w:r>
        <w:t>Dátum vydania: 24. 3. 2015</w:t>
      </w:r>
    </w:p>
    <w:p>
      <w:r>
        <w:t>Forma: Uznesenie</w:t>
      </w:r>
    </w:p>
    <w:p>
      <w:pPr>
        <w:pStyle w:val="Heading2"/>
      </w:pPr>
      <w:r>
        <w:t>Text rozhodnutia</w:t>
      </w:r>
    </w:p>
    <w:p>
      <w:r>
        <w:t>Súd: Krajský súd Bratislava Spisová značka: 2S/2616/2012 Identifikačné číslo súdneho spisu: 1012211223 Dátum vydania rozhodnutia: 25. 03. 2015 Meno a priezvisko sudcu, VSÚ: Mgr. Viliam Pohančeník ECLI: ECLI:SK:KSBA:2015:1012211223.1 Uznesenie Krajský súd v Bratislave v právnej veci žalobcu: E.V.I.A.N. spol. s r.o., IČO: 36 847 429, Slávičie údolie 43, Bratislava, zastúpený: Mgr. Milan Kantuľák, advokát, Na pažiti 19, Bratislava, proti žalovanému: Finančné riaditeľstvo Slovenskej republiky, Lazovná 63, Banská Bystrica, o preskúmanie zákonnosti rozhodnutia žalovaného č. XXXXXXX/X/XXXXXXX/XXXX/XXXX-r zo dňa 03.10.2012, takto r o z h o d o l : Krajský súd v Bratislave konanie z a s t a v u j e . Žiaden z účastníkov nemá právo na náhradu trov konania. o d ô v o d n e n i e : Žalobou doručenou Krajskému súdu v Bratislave dňa 18.12.2012 sa žalobca domáhal preskúmania zákonnosti rozhodnutia žalovaného č. XXXXXXX/X/XXXXXXX/XXXX/XXXX-r zo dňa 03.10.2012, ktorým žalovaný podľa § 48 ods. 5 zákona č. 511/1992 Zb. o správe daní a poplatkov a o zmenách v sústave územných finančných orgánov v znení neskorších predpisov v nadväznosti na § 165 ods. 2 zákona č. 563/2009 Z. z. o správe daní (daňový poriadok) a o zmene a doplnení niektorých zákonov v znení neskorších predpisov potvrdil dodatočný platobný výmer Daňového úradu Bratislava č. 9102402/1/240576/12/Mate zo dňa 23.02.2012, ktorým mu správca dane nepriznal nadmerný odpočet dane z pridanej hodnoty za zdaňovacie obdobie január 2011 v sume 17 286,02 eur a určil mu vlastnú daňovú povinnosť v sume 4 792,64 eur. Keďže žalobca spolu so žalobou nezaplatil súdny poplatok za jej podanie, ktorý je 70,- eur, súd ho pod následkom zastavenia konania vyzval na jeho zaplatenie výzvou č. k. 2S/2616/2012-34 zo dňa 14.01.2015. Výzva bola doručená zástupcovi žalobcu dňa 16.01.2015. Žalobca si aj napriek výzve nesplnil poplatkovú povinnosť. Podľa § 5 ods. 1 písm. a) zákona č. 71/1992 Zb. o súdnych poplatkoch a poplatku za výpis z registra trestov v znení neskorších predpisov (ďalej aj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https://www.kauzis.sk/judikatura/r/ECLI:SK:KSBA:2015:1012211223.1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