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4Cb/1/2012 z 27. 7. 2015</w:t>
      </w:r>
    </w:p>
    <w:p>
      <w:r>
        <w:t>Uznesenie Krajského súdu Bratislava z 27. júla 2015, sp. zn. 4Cb/1/2012, ECLI:SK:KSBA:2015:1012898449.9</w:t>
      </w:r>
    </w:p>
    <w:p>
      <w:r>
        <w:t>Súd: Krajský súd Bratislava</w:t>
      </w:r>
    </w:p>
    <w:p>
      <w:r>
        <w:t>Spisová značka: 4Cb/1/2012</w:t>
      </w:r>
    </w:p>
    <w:p>
      <w:r>
        <w:t>ECLI: ECLI:SK:KSBA:2015:1012898449.9</w:t>
      </w:r>
    </w:p>
    <w:p>
      <w:r>
        <w:t>Dátum vydania: 27.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4Cb/1/2012 Identifikačné číslo súdneho spisu: 1012898449 Dátum vydania rozhodnutia: 28. 07. 2015 Meno a priezvisko sudcu, VSÚ: JUDr. Peter Pospech ECLI: ECLI:SK:KSBA:2015:1012898449.9 Uznesenie Krajský súd v Bratislave pred samosudcom JUDr. Petrom Pospechom, v právnej veci navrhovateľa obnovy konania (žalovaného v 2. rade v pôvodnom konaní ) BRNO-TRUST, a.s., IČO: 645 08 251, so sídlom Veselá č. 169/24, 602 00 Brno, Česká republika, zast. JUDr. Jánom Čarnogurským, advokátom, so sídlom Dostojevského rad 1, 811 09 Bratislava, IČO: 36 065 226, proti (žalobcovi v pôvodnom konaní) Slovenský vodohospodársky podnik, š.p., so sídlom Radničné námestie 8, 965 55 Banská Štiavnica, IČO: 36 022 047, zast. JUDr. Dušanom Ivanom, advokátom, AK - H.I.F., spol. s.r.o., so sídlom Radvanská 1, 811 01 Bratislava, IČO: 47 235 209 a v pôvodnom konaní žalovanému v 1. rade, Slovenské elektrárne, a.s., so sídlom Mlynské Nivy 47, 821 09 Bratislava, IČO: 35 829 052, vo veci obnovy konania, o náhrade trov konania, takto r o z h o d o l : Žalovaný v 2. rade BRNO TRUST, a.s., IČO: 645 08 251, so sídlom Veselá č. 169/24, 602 00 Brno, Česká republika j e p o v i n n ý zaplatiť žalobcovi trovy konania a právneho zastúpenia na účet právneho zástupcu JUDr. Dušana Ivana, advokáta, AK - H.I.F., spol. s.r.o., so sídlom Radvanská 1, 811 01 Bratislava, vedený v Č., L..V.., číslo Ú.: XXXXXXXXXX/XXXX, v celkovej sume 276,72 Eur a to do 3 dní od právoplatnosti rozhodnutia. o d ô v o d n e n i e : Uznesením Najvyššieho súdu SR č.k. 2Obo/28/2014 zo dňa 21.5.2015 bolo zrušené uznesenie Krajského súdu v Bratislave, č.k. 4Cb/1/2012-142 zo dňa 27.3.2014 a vrátené súdu prvého stupňa na nové konanie a rozhodnutie. Súd prvého stupňa napadnutým uznesením žalovanému v 2. rade BRNO TRUST, a.s. uložil povinnosť zaplatiť žalobcovi trovy konania a právneho zastúpenia na účet právneho zástupcu JUDr. Dušana Ivana, advokáta, AK - H.I.F., spol. s.r.o., v celkovej sume 493,38 Eur a to do 3 dní do právoplatnosti rozhodnutia. Rozhodnutie odôvodnil tým, že návrhom zo dňa 2.4.2012 uplatnený nárok na obnovu konania, ktorý nárok nebol do späťvzatia návrhu prejednávaný, zobral navrhovateľ obnovy konania - žalovaný v 2. rade, písomným podaním zo dňa 10.12.2012 späť. Súd prvého stupňa dospel k záveru, že žalovaný v 2. rade zavinil, že konanie sa muselo zastaviť a preto podľa § 146 ods. 2 OSP zaviazal žalovaného v 2. rade - navrhovateľa obnovy konania, k náhrade trov konania a právneho zastúpenia v celkovej výške 493,38 Eur po predloženej špecifikácii. Proti uzneseniu súdu prvého stupňa podal navrhovateľ obnovy konania - žalovaný v 2. rade odvolanie s tým, že rozhodnutie súdu prvého stupňa považoval za nepreskúmateľné, vychádzajúce z nesprávneho právneho posúdenia, nakoľko žalobcovi nevznikol žiaden nárok na náhradu trov konania - trov právneho zastúpenia. Navyše, samotné vyčíslenie jedného právneho úkonu vo výške 403,34 Eur bez DPH a režijnej náhrady za vyhotovenie odvolania je nesprávne. Podľa názoru Najvyššieho súdu SR, v odôvodnení zrušujúceho uznesenia nebolo možné konštatovať, že žalovaný v 2. rade dôvodne podaný návrh zobral späť pre správanie žalobcu, v dôsledku čoho sa odvolací súd aj so zreteľom na ustálenú judikatúru stotožnil so záverom súdu prvého stupňa, že žalovaný v 2. rade procesne zavinil zastavenie konania a preto mu vznikla povinnosť nahradiť žalobcovi trovy konania. V zmysle právneho usmernenia odvolacím súdom, konajúci súd opätovne preskúmal náhradu trov konania a dospel k tomuto záveru. Tarifná odmena podľa § 11 ods. 1 vyhl. č. 655/2004 Z.z. o odmenách a náhradách za poskytovanie právnych služieb je 58,69 Eur za jeden úkon právnej služby v roku 2012 a za dva úkony ( prevzatie a príprava zastúpenia a vyjadrenie k návrhu na obnovu konania zo dňa 27.4.2012) predstavuje čiastku 117,38 Eur. Tarifná odmena podľa § 11 ods. 1 vyhl. č. 655/2004 Z.z. je 60,07 Eur za jeden úkon právnej služby v roku 2013 vo výške jednej polovice, podľa § 13a ods. 2 písm. a/ vyhlášky za dva úkony - vyjadrenie k odvolaniu zo dňa 3.4.2013 a zo dňa 8.10.2013, v sume 60,07 Eur. Tarifná odmena ako v bode 1/ písomnej špecifikácie, alebo vo výške 1 podľa § 14 ods. 5 písm. b/ vyhlášky za jeden úkon právnej služby - účasť na pojednávaní dňa 15.11.2012 je 14,67 Eur. Paušálna náhrada hotových výdavkov podľa § 16 ods. 3 cit. vyhlášky je 7,63 Eur za jeden úkon právnej služby v roku 2012 - za tri úkony prináleží suma 22,89 Eur, za jeden úkon právnej služby v roku 2013 je stanovená suma 7,81 Eur a za dva úkony prináleží suma 5,62 Eur. Daň z pridanej hodnoty 20% z odmeny 192,09 Eur a paušálnej náhrady 38,51 Eur, t.j. zo sumy 230,60 Eur je 46,12 Eur. Vzhľadom na takto posúdený nárok na náhradu trov konania, súd uložil žalovanému v 2. rade povinnosť zaplatiť žalobcovi trovy konania a právneho zastúpenia vo výške 276,72 Eur na účet právneho zástupcu JUDr. JUDr. Dušana Ivana na číslo účtu XXXXXXXXXX/XXXX, W. W. Č., L..V.. M. a to do 3 dní od právoplatnosti rozhodnutia podľa § 146 ods. 2 OSP. Poučenie: Proti tomuto uzneseniu je možné podať odvolanie v lehote 15 dní od jeho doručenia na Krajský súd v Bratislave, písomne, dvojmo.</w:t>
      </w:r>
    </w:p>
    <w:p/>
    <w:p>
      <w:r>
        <w:t>Zdroj: KAUZIS.SK – https://www.kauzis.sk/judikatura/r/ECLI:SK:KSBA:2015:1012898449.9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