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14Co/839/2014 z 23. 9. 2015</w:t>
      </w:r>
    </w:p>
    <w:p>
      <w:r>
        <w:t>Uznesenie Krajského súdu Bratislava z 23. septembra 2015, sp. zn. 14Co/839/2014, ECLI:SK:KSBA:2015:1012898951.2</w:t>
      </w:r>
    </w:p>
    <w:p>
      <w:r>
        <w:t>Súd: Krajský súd Bratislava</w:t>
      </w:r>
    </w:p>
    <w:p>
      <w:r>
        <w:t>Spisová značka: 14Co/839/2014</w:t>
      </w:r>
    </w:p>
    <w:p>
      <w:r>
        <w:t>ECLI: ECLI:SK:KSBA:2015:1012898951.2</w:t>
      </w:r>
    </w:p>
    <w:p>
      <w:r>
        <w:t>Dátum vydania: 23. 9. 2015</w:t>
      </w:r>
    </w:p>
    <w:p>
      <w:r>
        <w:t>Forma: Uznesenie</w:t>
      </w:r>
    </w:p>
    <w:p>
      <w:pPr>
        <w:pStyle w:val="Heading2"/>
      </w:pPr>
      <w:r>
        <w:t>Text rozhodnutia</w:t>
      </w:r>
    </w:p>
    <w:p>
      <w:r>
        <w:t>Súd: Krajský súd Bratislava Spisová značka: 14Co/839/2014 Identifikačné číslo súdneho spisu: 1012898951 Dátum vydania rozhodnutia: 24. 09. 2015 Meno a priezvisko sudcu, VSÚ: JUDr. Katarína Javorčíková ECLI: ECLI:SK:KSBA:2015:1012898951.2 Uznesenie Krajský súd v Bratislave v právnej veci navrhovateľky: L. V., C.. XX.X.XXXX, S. U. XXX, zastúpenej Mgr. Ferdinandom Pethöom, advokátom, AK Ružomberská 6, Bratislava, proti odporcom: X. B. R., C.. XX.X.XXXX, S. A. XX, S., 2. Bytové družstvo Petržalka, Budatínska 1, Bratislava, IČO: 00 169 765, zastúpenému JUDr. Jozefom Boledovičom, advokátom, Rovinka 578, o náhradu nemajetkovej ujmy, o odvolaní navrhovateľky, ktoré v jej mene podala advokátska kancelária FP LEGAL, s.r.o., so sídlom Ružomberská 6, Bratislava, IČO: 47 231 599, proti uzneseniu Okresného súdu Bratislava V v Bratislave zo dňa 31.10.2014, č.k. 11C/79/1995-389, pomerom hlasov 3:0, takto r o z h o d o l : Odvolací súd odvolanie o d m i e t a . Odporcovi v 1. rade sa náhrada trov odvolacieho konania n e p r i z n á v a. Navrhovateľka je p o v i n n á zaplatiť odporcovi v 2. rade na náhradu trov odvolacieho konania 64,42 eur k rukám jeho právneho zástupcu, do troch dní odo dňa právoplatnosti uznesenia. o d ô v o d n e n i e : Napadnutým uznesením súd prvého stupňa uložil navrhovateľke povinnosť nahradiť odporcovi v 2. rade trovy konania vo výške 857,42 eur, na účet advokáta JUDr. W. S., do troch dní odo dňa právoplatnosti uznesenia. V odôvodnení svojho rozhodnutia uviedol, že v konaní sa navrhovateľka domáhala reparácie následkov protiprávnych konaní oboch odporcov, ktorí mali zasiahnuť do jej osobnostných práv a právom chránených záujmov. Domáhala sa odškodnenia ujmy materiálnej povahy a satisfakčnou žalobou žiadala od odporcov, ktorých považuje za zodpovedných, zaplatenie sumy 252.000,- Sk, neskôr sumy 30.900,- eur titulom náhrady nemajetkovej ujmy, ktorú jej mali spôsobiť nezákonným postupom a neoprávneným zásahom do jej práva bývania, keď od januára 1990 do 24.10.1992 nemohla užívať byt na T. (predtým I.) ulici č. X v S., ktorého bola výlučnou nájomkyňou. Rozsudkom Okresného súdu Bratislava V zo dňa 12.12.2011 súd návrh navrhovateľky zamietol a zároveň zaviazal navrhovateľku na náhradu trov konania odporcovi v 2. rade trovy vo výške 4.880,96 eur na účet advokáta JUDr. W. S.. Navrhovateľka sa voči rozsudku včas odvolala podaním zo dňa 1.2.2012. O odvolaní navrhovateľky rozhodol Krajský súd v Bratislave a tak, že v potvrdil rozsudok Okresného súdu Bratislava V a v časti výroku o náhrade trov konania rozsudok zrušil a vrátil vec súdu prvého stupňa na ďalšie konanie, v rozsudku zároveň určil spôsob vyčíslenia trov konania. V intenciách pokynu odvolacieho súdu, a v zmysle nového vyčíslenia trov právneho zastúpenia odporcu v 2. rade, úspešnému odporcovi 2. priznal súd náhradu trov právneho zastúpenia pozostávajúcich z tarifnej odmeny za 12 úkonov právnej služby + režijný paušál bez DPH (634,14 + 80,38), t.j. 714,52 eur bez DPH + 20% DPH vo výške 142,90 eur. Proti tomuto uzneseniu podala odvolanie v mene navrhovateľky advokátska kancelária FP LEGAL, s.r.o., Bratislava. Namietla, že okresný súd neúplne zistil skutkový stav a jeho rozhodnutie vychádza z nesprávneho právneho posúdenia veci. Pri rozhodovaní o nároku na náhradu trov konania mal postupovať podľa § 150 ods. 1 O.s.p., a odporcovi v 2. rade nepriznať náhradu trov súdneho konania z dôvodov hodných osobitného zreteľa na strane navrhovateľky. Žiadala, aby odvolací súd napadnuté uznesenie zrušil a vec vrátil súdu prvého stupňa na ďalšie konanie. Odporca v 1. rade sa k odvolaniu navrhovateľky nevyjadril. Odporca v 2. rade sa k odvolaniu vyjadril písomne prostredníctvom svojho právneho zástupcu v tom zmysle, že žiadal napadnuté uznesenie v celom rozsahu potvrdiť. Krajský súd v Bratislave ako súd odvolací (§ 10 ods. 1 O.s.p.) prejednal odvolanie bez nariadenia pojednávania podľa § 214 ods. 2 O.s.p., a dospel k záveru, že odvolanie je potrebné odmietnuť.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218 ods. 1 O.s.p., odvolací súd odmietne odvolanie, ktoré a) bolo podané oneskorene, b) bolo podané niekým, kto na odvolanie nie je oprávnený, c) smeruje proti rozhodnutiu, proti ktorému nie je odvolanie prípustné, d) nemá náležitosti podľa § 205 ods. 1 a 2, ak boli dodržané podmienky podľa § 209 ods. 1 a 211 ods. 1, e) rozhodnutie napadnuté odvolaním zaniklo inak. Podľa § 25 ods. 1 O.s.p., ako zástupcu si účastník konania môže vždy zvoliť advokáta. Plnomocenstvo udelené advokátovi nemožno obmedziť. Podľa § 26 ods. 4 O.s.p., právnická osoba založená podľa osobitného zákona na účel výkonu advokácie môže zastupovať účastníka na základe plnomocenstva v konaní. Podľa § 28 ods. 1 O.s.p., zástupcovi, ktorého si účastník zvolil, udelí písomne alebo ústne do zápisnice plnomocenstvo buď pre celé konanie, alebo len pre určité úkony. V zmysle citovaných ustanovení základom zastúpenia je plnomocenstvo, ktorým účastník a jeho zástupca preukazujú, že medzi nimi došlo k dohode o zastúpení v konkrétnom konaní. Plnomocenstvo sa preukazuje písomnou listinou alebo sa udelí priamo do súdnej zápisnice. Po oboznámení sa s obsahom spisu odvolací súd zistil, že advokátska kancelária FP LEGAL, s.r.o., Bratislava podala odvolanie proti uzneseniu Okresného súdu Bratislava V v Bratislave zo dňa 31.10.2014, č.k. 11C/79/1995-389 (č.l. 420 spisu), v ktorom uviedla, že ho podáva v mene svojej klientky- navrhovateľky, ale do spisu spolu s týmto odvolaním, nezaložila plnomocenstvo na zastupovanie v konaní. Odvolací súd uznesením zo dňa 20.7.2015, č.k. 14Co/839/2014-434 vyzval navrhovateľku ako odvolateľku, aby v lehote 10 dní odo dňa doručenia tohto uznesenia, odstránila vadu odvolania zo dňa 1.12.2014 tak, že doručí súdu originál písomného plnomocenstva podľa ust. § 26 ods. 4 O.s.p., ktoré oprávňuje túto spoločnosť zastupovať ju v konaní sp. zn. 11C/79/1995, vrátane odvolacieho konania, a preukazujúce, že spoločnosť FP LEGAL, s.r.o., Bratislava bola oprávnená podať v mene navrhovateľky odvolanie. Odvolací súd svoje rozhodnutie odôvodnil tým, že z obsahu spisu vyplýva, že navrhovateľka splnomocnila dňa 19.1.2011 na zastupovanie v tejto veci podľa ust. § 25 ods. 1 O.s.p. advokáta B.. R. M. (č.l. 220 spisu). Odvolací súd navrhovateľku zároveň poučil, že ak v stanovenej lehote nebude táto vada odvolania odstránená, odvolací súd odvolanie odmietne podľa § 218 ods. 1 písm. b) O.s.p., ako odvolanie podané niekým, kto na odvolanie nie je oprávnený. Uznesenie odvolacieho súdu bolo doručené navrhovateľke dňa 6.8.2015 a advokátskej kancelárii FP LEGAL, s.r.o. dňa 23.7.2015. Plnomocenstvo pre advokátsku kanceláriu FP LEGAL, s.r.o. na zastupovanie navrhovateľky v tomto konaní však nebolo do dnešného dňa založené do spisu. Za daného stavu odvolací súd dospel k záveru, že je potrebné odvolanie v zmysle § 218 ods. 1 písm. b) O.s.p. odmietnuť, keď spoločnosť FP LEGAL, s.r.o., Bratislava nie je oprávnená na podanie odvolania, pretože nie je účastníkom konania a ani právnym zástupcom účastníkov konania. Pretože odvolanie bolo odmietnuté, nebolo ho ani možné vecne prejednať. O náhrade trov odvolacieho konania rozhodol odvolací súd podľa § 224 ods. 1, v spojení s ust. § 142 ods. 1 O.s.p. a § 151 ods. 1 O.s.p. vzhľadom na úspech odporcov v odvolacom konaní, keď odvolanie navrhovateľky bolo odmietnuté. Odporcovi v 1. rade nebola náhrada trov odvolacieho konania priznaná z dôvodu, že nepodal návrh na ich priznanie (§ 151 ods. 1 O.s.p.), a v odvolacom konaní mu ani žiadne trovy nevznilki. Odporca v 2. rade prostredníctvom svojho právneho zástupcu podal návrh na priznanie náhrady trov konania za 1 úkon právnej služby vo výške 119,19 eur (odmena 91,29 eur + režijný paušál 8,04 eur + 20% DPH 19,86 eur) vo vyjadrení k odvolaniu (č.l. 428 spisu). Odporcovi v 2. rade priznal odvolací súd náhradu za tento jeden úkon právnej služby vo výške 64,42 eur vrátane DPH. Uvedená suma pozostáva z odmeny vo výške 45,64 eur, t.j. vo výške jednej polovice základnej sadzby tarifnej odmeny v zmysle § 10 ods. 8 v spojení s § 13a ods. 2 písm. b) vyhlášky č. 655/2004 Z.z. o odmenách a náhradách advokátov za poskytovanie právnych služieb v platnom znení, pretože išlo o vyjadrenie k odvolaniu proti trovám konania (vyjadrenie sa netýkalo rozhodnutia vo veci samej), a z náhrady výdavkov v zmysle § 16 ods. 3 vyhlášky (tzv. režijný paušál) vo výške 8,04 eur, zvýšených o daň z pridanej hodnoty vo výške 10,74 eur. Poučenie: Proti tomuto uzneseniu odvolanie nie je prípustné.</w:t>
      </w:r>
    </w:p>
    <w:p/>
    <w:p>
      <w:r>
        <w:t>Zdroj: KAUZIS.SK – https://www.kauzis.sk/judikatura/r/ECLI:SK:KSBA:2015:1012898951.2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