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5Sd/19/2013 z 1. 9. 2015</w:t>
      </w:r>
    </w:p>
    <w:p>
      <w:r>
        <w:t>Rozsudok Krajského súdu Bratislava z 1. septembra 2015, sp. zn. 5Sd/19/2013, ECLI:SK:KSBA:2015:1013200189.4</w:t>
      </w:r>
    </w:p>
    <w:p>
      <w:r>
        <w:t>Súd: Krajský súd Bratislava</w:t>
      </w:r>
    </w:p>
    <w:p>
      <w:r>
        <w:t>Spisová značka: 5Sd/19/2013</w:t>
      </w:r>
    </w:p>
    <w:p>
      <w:r>
        <w:t>ECLI: ECLI:SK:KSBA:2015:1013200189.4</w:t>
      </w:r>
    </w:p>
    <w:p>
      <w:r>
        <w:t>Dátum vydania: 1. 9. 2015</w:t>
      </w:r>
    </w:p>
    <w:p>
      <w:r>
        <w:t>Forma: Rozsudok</w:t>
      </w:r>
    </w:p>
    <w:p>
      <w:r>
        <w:t>Oblasť práva: Správne právo</w:t>
      </w:r>
    </w:p>
    <w:p>
      <w:pPr>
        <w:pStyle w:val="Heading2"/>
      </w:pPr>
      <w:r>
        <w:t>Text rozhodnutia</w:t>
      </w:r>
    </w:p>
    <w:p>
      <w:r>
        <w:t>Súd: Krajský súd Bratislava Spisová značka: 5Sd/19/2013 Identifikačné číslo súdneho spisu: 1013200189 Dátum vydania rozhodnutia: 02. 09. 2015 Meno a priezvisko sudcu, VSÚ: JUDr. Milota Tóthová ECLI: ECLI:SK:KSBA:2015:1013200189.4 ROZSUDOK V MENE SLOVENSKEJ REPUBLIKY Krajský súd v Bratislave samosudkyňou JUDr. Milotou Tóthovou v právnej veci navrhovateľky V. M., Z. L. XXXX/XX, Z., proti odporkyni Sociálnej poisťovni ústredie v Bratislave, Ul. 29. augusta č. 8, Bratislava, o invalidný dôchodok, takto r o z h o d o l : Súd rozhodnutie odporkyne číslo XXX XXX XXXX X zo dňa 4. septembra 2012 p o t v r d z u j e . Účastníkom náhradu trov konania nepriznáva. o d ô v o d n e n i e : Rozhodnutím číslo XXX XXX XXXX X zo dňa 4. septembra 2012 odporkyňa podľa § 70 a § 71 zákona č. 461/2003 Z.z. o sociálnom poistení v znení neskorších predpisov zamietla žiadosť navrhovateľky o invalidný dôchodok zo dňa 22. augusta 2012. Rozhodla tak s odôvodnením, že podľa posudku posudkového lekára Sociálnej poisťovne, pobočky Bratislava zo dňa 22.8.2012 navrhovateľka nie je invalidná podľa § 71 ods. 1 zákona č. 461/2003 Z.z.. Miera poklesu schopnosti vykonávať zárobkovú činnosť u navrhovateľky je 35%. Navrhovateľka návrhom zo dňa 19.10.2012 žiadala preskúmať toto rozhodnutie, poukazovala na to, že v roku 2011 začala mať akútne ťažkosti s chrbticou, bolesti vyrážali do ľavej nohy spojené s bolesťami hlavy, čo vyústilo do práceneschopnosti v trvaní štrnásť mesiacov, počas ktorej bola pod aktívnym dohľadom neurológa, rehabilitačného lekára. Bola štyrikrát hospitalizovaná na neurologickej klinike a fyziatricko - rehabilitačnom oddelení, však po ukončení každej hospitalizácie došlo iba dočasnému zlepšeniu zdravotného stavu. Vzhľadom na zlý zdravotný stav nie je schopná vykonávať svoje zamestnanie plnohodnotne, pretože má mať šetriaci režim a minimálnu záťaž na pohybový aparát. Krajský súd preskúmal napadnuté rozhodnutie podľa § 250l a nasl. O.s.p., prejednal návrh navrhovateľky a dospel k záveru, že návrh nie je dôvodný. Krajský súd vykonal dokazovanie výsluchom účastníkov, posudkom posudkového lekára Sociálnej poisťovne pobočka Bratislava zo dňa 22.8.2012 posudkom posudkového lekára Sociálnej poisťovne ústredie Bratislave zo dňa 31.1.2013, doplňujúcim odborným vyjadrením posudkového lekára Sociálnej poisťovne ústredie Bratislava zo dňa 5.11.2014 a 28.5.2015,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c)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22.8.2012 uviedol, že navrhovateľka trpí na viacročné bolesti chrbta krčnej, hrudnej a driekovej oblasti, ktoré boli výraznejšie posledný rok, kedy bola dvakrát liečená počas hospitalizácie na neurologickom oddelení a rehabilitačnom oddelení. Navrhovateľka bola po aplikácii liečby prepustená v zlepšenom stave. Neurológ sa nevyjadril jednoznačne k operatívnej liečbe. U navrhovateľky ide o degeneratívne ochorenie chrbtice s recidivujúcou radikulárnou symptomatológou na viacerých úsekoch. Pri poslednej hospitalizácii bolo zistené zvýšenie boreliových protilátok, podobné hodnoty boli zistené aj v roku 2008, navrhovateľka je v štádiu vyšetrovania infektológom. Rozhodujúcim zdravotným postihnutím u navrhovateľky sú degeneratívne zmeny na chrbtici a medzistavcových platničkách a miernym funkčným postihnutím, s prejavmi nervového a svalového dráždenia (napr. syndróm cervikokraniálny, cervikobrachiálny, lumbálny, lumbosakrálny a syndróm sakroiliakálneho skĺbenia blokády stavcov), slabosť svalového korzetu, obmedzenie pohybu v postihnutom úseku (kapitola XV., oddiel E, položka 3.b) prílohy č. 4 zákona č. 461/2003 Z.z.), kde mieru poklesu schopnosti vykonávať zárobkovú činnosť, vzhľadom na to, že ide o degeneratívne ochorenie chrbtice a recidivujúcou radikulárnou symptológiou na viacerých úsekoch stanovil na 35%, čo predstavuje hornú hranicu percentuálneho rozpätia v danej položke. Navrhovateľka nie je invalidná podľa § 71 ods. 1 zákona č. 461/2003 Z.z. o sociálnom poistení. Posudkový lekár Sociálnej poisťovne ústredie Bratislava v posudku zo dňa 31.1.2013 uviedol, že navrhovateľka trpí na choroby a to bolesť chrbta - dorzalgiu a artériovú hypertenziu, novozistenú. Konštatoval, že u navrhovateľky je anamnéza primárneho neurologického ochorenia a to bolestí driekového segmentu chrbtice, dorzalgií. Uviedol, že v zostatkovom neurologickom náleze nie je rozvinutý závažný motorický deficit na oboch nohách, ani úbytok svalovej hmoty, zníženie citlivosti v oblasti vonkajšej strany ľavého stehna a lýtka, ršo nevýbavné obojstranne, tonus je symetrický, plantárna aj dorzálna flexia nohy i palca je mierne oslabená a sú prítomné prejavy koreňového dráždenia S1 vľavo. Navrhovateľka bola pre trvajúce bolesti v krížoch s vyžarovaním do ľavej nohy opakovane hospitalizovaná v auguste 2011 a júli 2012 na neurologickej klinike, mnohopočetné paraklinické vyšetrenia potvrdili mierne vyklenovanie diskov v oblasti L5/S1, mediálnu herniu diskov Th 6/7 a Th 7/8, boli prítomné známky osteochondrózy a spondylózy v uvedených segmentoch chrbtice. EMG vyšetrenie potvrdilo normálny nález pri vodivostných štúdiách nervov rúk a nôh. Rtg. vyšetrenie nepotvrdilo artrózu bedrových kĺbov. Navrhovateľka bola hospitalizovaná v septembri 2011 na rehabilitačnej klinike s tým istým diagnostickým záverom a bola doporučená rehabilitácia. V marci 2012 bol celkový stav konzultovaný na neurochirurgickej ambulancii, bola doporučená ozónoterapia na oblasť LS chrbtice, spinálne cviky - individuálne cvičenie, operačný zákrok nebol indikovaný. Navrhovateľka bola v júli 2012 vyšetrená na infekčnej ambulancii, pretrváva len pozitivita IgM protilátok proti borelióze, bez liečby. Rozhodujúcim zdravotným postihnutím u navrhovateľky sú degeneratívne zmeny na chrbtici a medzistavcových platničkách a miernym funkčným postihnutím, s prejavmi nervového a svalového dráždenia, slabosť svalového korzetu, obmedzenie pohybu v postihnutom úseku (kapitola XV., oddiel E, položka 3.b) prílohy č. 4 zákona č. 461/2003 Z.z.), kde mieru poklesu schopnosti vykonávať zárobkovú činnosť stanovil na 35%. Navrhovateľka nie je invalidná podľa § 71 ods. 1 zákona č. 461/2003 Z.z. o sociálnom poistení. Navrhovateľka pri výsluchu v súdnom konaní zotrvala na podanom návrhu. V priebehu súdneho konania doložila novšie lekárske nálezy. Súd doplnil dokazovanie zadovážením si doplňujúceho odborného vyjadrenia posudkového lekára Sociálnej poisťovne ústredie Bratislava, ktorý dňa 5.11.2014 po vyhodnotení nových lekárskych nálezov a to ortopedického vyšetrenia zo dňa 26.3.2013 a 28.1.2014, neurologického vyšetrenia zo dňa 10.6.2013, 2.7.2013, 23.10.2013, 17.1.2014, 23.6.2014 a 28.3.2014, pľúcneho vyšetrenia zo dňa 2.7.2014, chirurgického vyšetrenia zo dňa 23.5.2014 a 3.6.2014, prepúšťacej správy z hospitalizácie na fyziatricko - rehabilitačnom oddelení od 14.5.2014 do 22.5.2014, rehabilitačného vyšetrenia zo dňa 7.5.2014, kardiologického vyšetrenia zo dňa 19.2.2014 a 1.3.2014, záznamu z Holterovho monitoringu zo dňa 19.2.2014 a záťažovej ergometrie bez dátumu z posudkového a klinického hľadiska konštatoval, že horeuvedené odborné vyšetrenia nezdokladovali zhoršenie zdravotného stavu navrhovateľky. Uviedol, že mnohopočetné kontrolné neurologické a ortopedické vyšetrenia svedčia iba o tom, že navrhovateľka pravidelne chodí na dané ambulancie, diagnostické závery ako aj objektívne vyšetrenia sú identické a v zostatkovom neurologickom náleze nie sú rozvinuté príznaky nepriaznivého reziduálneho funkčného nálezu na chrbtici ako obrny končatín, úbytok svalovej hmoty, výpadky citlivosti, nie sú potvrdené poruchy zvieračov. Hospitalizácia na rehabilitačnom oddelení od 14.5.2014 do 22.5.2014 nepotvrdila ani stredný alebo stredne ťažký funkčný nález na chrbtici, funkčný nález na chrbtici a subjektívne ťažkosti navrhovateľky vykazujú korelát s degeneratívnymi zmenami primeranými veku. Zotrval na posudkovom závere uvedenom v posudku zo dňa 31.1.2013. Posudkový lekár Sociálnej poisťovne ústredie Bratislava v doplňujúcom odbornom vyjadrení zo dňa 28.5.2015 za prítomnosti prísediaceho lekára so špecializáciou neurológia a za osobnej účasti navrhovateľky po vyhodnotení nových lekárskych nálezov a to neurologického vyšetrenia zo dňa 16.1.2015 a 26.5.2015 a ortopedického vyšetrenia zo dňa 20.5.2015 uviedol, že navrhovateľka trpí na bolesť chrbta - dorzalgiu, závrat nezhubného pôvodu a artériovú hypertenziu, novozistenú. Konštatoval, že neboli zistené známky koreňového dráždenia nervov ani oslabenie pohyblivosti končatín a svalová sila je zachovaná v plnej miere. Potvrdil stanovené rozhodujúce zdravotné postihnutie navrhovateľky, ktorým sú degeneratívne zmeny na chrbtici a medzistavcových platničkách a miernym funkčným postihnutím, s prejavmi nervového a svalového dráždenia, slabosť svalového korzetu, obmedzenie pohybu v postihnutom úseku (kapitola XV., oddiel E, položka 3.b) prílohy č. 4 zákona č. 461/2003 Z.z.), kde mieru poklesu schopnosti vykonávať zárobkovú činnosť stanovil na 35%. Navrhovateľka nie je invalidná podľa § 71 ods. 1 zákona č. 461/2003 Z.z. o sociálnom poistení. Zotrval na posudkovom závere uvedenom v posudku zo dňa 31.1.2013 a 5.11.2014. Navrhovateľka sa na pojednávanie dňa 2.9.2015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zhodné závery posudkov posudkových lekárov, ako aj posledné odborne vyjadrenie posudkového lekára Sociálnej poisťovne ústredie Bratislava zo dňa 28.5.2015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zo dňa 5.11.2014 a 28.5.2015 zohľadnili všetky navrhovateľkou uvádzané ťažkosti, vysporiadali sa s lekárskymi nálezmi nachádzajúcimi sa v zdravotnej dokumentácii navrhovateľky aj za účasti prísediaceho odborného lekára so špecializáciou neurológia a zhodne určili, že súčasný zdravotný stav navrhovateľky nespĺňa zdravotné podmienky na priznanie invalidity podľa § 71 ods. 1 zákona č. 461/2003 Z.z. o sociálnom poistení. U navrhovateľky je anamnéza primárneho neurologického ochorenia a to bolestí driekového segmentu chrbtice, dorzalgií. V zostatkovom neurologickom náleze nie sú rozvinuté príznaky nepriaznivého reziduálneho funkčného nálezu na chrbtici ako obrny končatín, úbytok svalovej hmoty, výpadky citlivosti, nie sú potvrdené poruchy zvieračov a neboli zistené známky koreňového dráždenia nervov ani oslabenie pohyblivosti končatín a svalová sila je zachovaná v plnej miere. Hospitalizácia na rehabilitačnom oddelení od 14.5.2014 do 22.5.2014 nepotvrdila ani stredný alebo stredne ťažký funkčný nález na chrbtici, funkčný nález na chrbtici a subjektívne ťažkosti navrhovateľky vykazujú korelát s degeneratívnymi zmenami primeranými veku. Rozhodujúcim zdravotným postihnutím u navrhovateľky sú degeneratívne zmeny na chrbtici a medzistavcových platničkách a miernym funkčným postihnutím, s prejavmi nervového a svalového dráždenia, slabosť svalového korzetu, obmedzenie pohybu v postihnutom úseku (kapitola XV., oddiel E, položka 3.b) prílohy č. 4 zákona č. 461/2003 Z.z.), kde mieru poklesu schopnosti vykonávať zárobkovú činnosť u navrhovateľky posudkoví lekári zhodne stanovili na 35%. Zistenia posudkových lekárov neboli spochybnené ani v súdnom konaní, nakoľko ani nové lekárske nálezy, ktoré boli doložené v priebehu súdneho konania nezdokladovali zhoršenie zdravotného stavu navrhovateľky. Závery posudkov posudkových lekárov sú odborné, presvedčivé, náležite zdôvodnené a súd nezistil rozpor medzi ich závermi a zisteným skutočným stavom. V prípade, že sa zdravotný stav navrhovateľky zmení, navrhovateľka môže novou žiadosťou požiadať o invalidný dôchodok. Súd preto z vyššie uvedených dôvodov napadnuté rozhodnutie číslo XXX XXX XXXX X zo dňa 4. septembra 2012 podľa § 250q ods. 2 O.s.p. ako správne potvrdil. O trovách konania súd rozhodol podľa § 250k ods. 1 v spojení s § 250l ods. 2 O.s.p. Navrhovateľka nebola v konaní úspešná a odporkyni trovy konania neprislúchajú. Poučenie: Proti tomuto rozsudku je možné podať odvolanie do 15 dní odo dňa jeho doručenia na Krajskom súde v Bratislave.</w:t>
      </w:r>
    </w:p>
    <w:p/>
    <w:p>
      <w:r>
        <w:t>Zdroj: KAUZIS.SK – https://www.kauzis.sk/judikatura/r/ECLI:SK:KSBA:2015:1013200189.4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