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4Sp/32/2013 z 10. 3. 2015</w:t>
      </w:r>
    </w:p>
    <w:p>
      <w:r>
        <w:t>Rozsudok Krajského súdu Bratislava z 10. marca 2015, sp. zn. 4Sp/32/2013, ECLI:SK:KSBA:2015:1013200513.1</w:t>
      </w:r>
    </w:p>
    <w:p>
      <w:r>
        <w:t>Súd: Krajský súd Bratislava</w:t>
      </w:r>
    </w:p>
    <w:p>
      <w:r>
        <w:t>Spisová značka: 4Sp/32/2013</w:t>
      </w:r>
    </w:p>
    <w:p>
      <w:r>
        <w:t>ECLI: ECLI:SK:KSBA:2015:1013200513.1</w:t>
      </w:r>
    </w:p>
    <w:p>
      <w:r>
        <w:t>Dátum vydania: 10. 3. 2015</w:t>
      </w:r>
    </w:p>
    <w:p>
      <w:r>
        <w:t>Forma: Rozsudok</w:t>
      </w:r>
    </w:p>
    <w:p>
      <w:r>
        <w:t>Oblasť práva: Správne právo</w:t>
      </w:r>
    </w:p>
    <w:p>
      <w:pPr>
        <w:pStyle w:val="Heading2"/>
      </w:pPr>
      <w:r>
        <w:t>Text rozhodnutia</w:t>
      </w:r>
    </w:p>
    <w:p>
      <w:r>
        <w:t>Súd: Krajský súd Bratislava Spisová značka: 4Sp/32/2013 Identifikačné číslo súdneho spisu: 1013200513 Dátum vydania rozhodnutia: 11. 03. 2015 Meno a priezvisko sudcu, VSÚ: JUDr. Ľubomír Šramko ECLI: ECLI:SK:KSBA:2015:1013200513.1 ROZSUDOK V MENE SLOVENSKEJ REPUBLIKY Krajský súd v Bratislave v konaní pred sudcom JUDr. Ľubomírom Šramkom v právnej veci navrhovateľky: O. B. R., bytom K. XX, K., proti odporcovi: Centrum právnej pomoci, so sídlom Námestie slobody 12, Bratislava, o opravnom prostriedku navrhovateľky zo dňa 12.3.2013 proti rozhodnutiu odporcu Sp. zn. 2019/2013, Ev. č. 9554/2013 zo dňa 7.3.2013 takto r o z h o d o l : Krajský súd v Bratislave napadnuté rozhodnutie odporcu Sp. zn. 2019/2013, Ev. č. 9554/2013 zo dňa 7.3.2013 p o t v r d z u j e. Navrhovateľke n e p r i z n á v a právo na náhradu trov tohto konania. o d ô v o d n e n i e : Napadnutým rozhodnutím Sp. zn. 2019/2013, Ev. č. 9554/2013 zo dňa 7.3.2013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vo veci o náhradu škody a nemajetkovej ujmy, a to z dôvodu nesplnenia podmienky stavu materiálnej núdze. Uviedol, že po preskúmaní priložených listinných dokladov preukazujúcich príjmovú situáciu navrhovateľky a spoločne posudzovanej osoby, manžela navrhovateľky O. Q. R.O. má za to, že započítateľný príjem navrhovateľky a s ňou spoločne posudzovanej osoby v rozhodnom období od augusta 2012 do februára 2013 presahuje výšku 1,6 násobku životného minima pre dve plnoleté fyzické osoby, ktoré v súlade s ustanovením § 2 zákona č. 601/2003 Z.z. o životnom minime a o zmene a doplnení niektorých zákonov predstavuje sumu 528,51 eur. Navrhovateľka sa teda v zmysle napadnutého rozhodnutia odporcu zjavne nenachádza v stave materiálnej núdze tak ako vymedzuje § 4 ods. 1 písm. i) zákona o poskytovaní právnej pomoci a tak jej nemožno nárok na poskytovanie právnej pomoci priznať (§6, § 6a zákona o poskytovaní právnej pomoci). Proti tomuto rozhodnutiu podala navrhovateľka v zákonom ustanovenej lehote opravný prostriedok - návrh zo dňa 12.3.2013, ktorým sa domáhala jeho zrušenia v celom rozsahu a pridelenia advokáta z oblasti medicínskeho práva. Svoj návrh odôvodnila tým, že v konaní vedenom na Okresnom súde Bratislava II pod sp. zn. 20C/106/2011, v ktorom žiadala o priznanie nároku na poskytovanie právnej pomoci (ďalej len konanie č.k. 20C/106/2011) sa domáha náhrady škody a nemajetkovej ujmy voči Univerzitnej nemocnici v Bratislave z dôvodu, že následkom neúspešnej operácie ochrnula na dolných končatinách a zostala pripútaná na lôžko a invalidný vozík. Uviedla, že v predmetnom konaní bola posúdená ako osoba v hmotnej núdzi a bolo jej priznané oslobodenie od platenia súdnych poplatkov. Ďalej v návrhu poukázala na svoju ťaživú sociálnu situáciu a na skutočnosť, že je poberateľom peňažných príspevkov od štátu podľa zákona č. 447/2008 Z. z. o peňažných príspevkoch na kompenzáciu ťažkého zdravotného postihnutia a o zmene a doplnení niektorých zákonov (ďalej len „zákon č. 447/2008“). Na záver uviedla, že nepriznanie nároku na poskytovanie právnej pomoci považuje za odopretie spravodlivého a pre navrhovateľku, z hľadiska jej ťažkého zdravotného postihnutia, zásadného súdneho procesu na zmiernenie ťaživých následkov v súvislosti s ťažkým ublížením na zdraví. Odporca navrhol vo svojom vyjadrení k návrhu zo dňa 5.4.2013 napadnuté rozhodnutie v celom rozsahu potvrdiť, a to s poukazom na skutočnosti už v ňom obsiahnuté. Zotrval na dôvodoch napadnutého rozhodnutia a zároveň k námietkam navrhovateľky uviedol, že súdom priznané oslobodenie od platenia súdnych poplatkov neznamená automatické splnenie podmienky materiálnej núdze. Ďalej zdôraznil, že navrhovateľka bola v priebehu administratívneho konania poučená o tom, že je potrebné rozlišovať medzi pojmom „hmotná núdza“, ktorú definuje zákon č. 599/2003 Z. z. o pomoci v hmotnej núdzi a o zmene a doplnení niektorých zákonov (ďalej len „zákon o hmotnej núdzi“, t.č. nahradený zákonom č. 417/2013 o pomoci v hmotnej núdzi) a pojmom „materiálna núdza“, ktorú vymedzuje zákon o poskytovaní právnej pomoci. Krajský súd v Bratislave (ďalej len súd) prejednal a rozhodol vec ako miestne a vecne príslušný súd (§ 246a ods. 2 zákona č. 99/1963 Zb. Občiansky súdny poriadok, ďalej len „O.s.p.“) v neprítomnosti navrhovateľky, pretože táto sa i napriek riadne doručenému predvolaniu na pojednávanie nedostavila (§ 250g ods. 2 O.s.p.) a za použitia ust. § 250q ods. 2 O.s.p. dospel k záveru, že napadnuté rozhodnutie odporcu je potrebné potvrdiť ako vecne správne. Súd v prejednávanej veci dokazovanie nedoplnil, oboznámil sa však s obsahom pripojeného administratívneho spisu odporcu. Navrhovateľka vo svojom návrhu nenamietala nesprávnosť výpočtu jej príjmu zo strany odporcu a ani jeho záver o tom, že sa nenachádza v stave materiálnej núdze. Navrhovateľka v zmysle obsahu svojich podaní nástojila na tom, že jej nepriaznivý zdravotný stav a charakter konania, v ktorom žiada o priznanie nároku na poskytovanie právnej pomoci dostatočne odôvodňujú jej žiadosť o ustanovenie advokáta. Takisto z opravného prostriedku navrhovateľky možno vyvodiť, že podľa jej názoru má skutočnosť, že bola v konaní č. k. 20C/106/2011 posúdená ako osoba v hmotnej núdzi a oslobodená od platenia súdnych poplatkov nejaký súvis s posudzovaním stavu materiálnej núdze podľa zákona o poskytovaní právnej pomoci. Spornou je teda otázka, či vážny zdravotný stav navrhovateľky alebo predmet konania v ktorom navrhovateľka žiada priznať právnu pomoc, resp. skutočnosť, že bola v tomto konaní posúdená ako osoba v hmotnej núdzi, odôvodňujú priznanie nároku na poskytovanie právnej pomoci. Postup pri rozhodovaní o priznaní či nepriznaní nároku na poskytovanie právnej pomoci upravuje výlučne zákon o poskytovaní právnej pomoci, pričom v ust. § 6 ods. 1 písm. a) a § 6a ods. 1 podmieňuje poskytovanie právnej pomoci splnením podmienky stavu materiálnej núdze, v ktorej sa musí žiadateľ nachádzať. Podľa ust. § 4 ods. 1 písm. i) zákona o poskytovaní právnej pomoci, materiálnou núdzou je stav, keď fyzická osoba je poberateľom dávky a príspevkov k dávke v hmotnej núdzi, alebo stav, keď príjem fyzickej osoby nepresahuje 1,6-násobok sumy životného minima a táto fyzická osoba si využívanie právnych služieb nemôže zabezpečiť svojím majetkom. Podľa ust. § 250q ods. 2 O.s.p. o opravnom prostriedku rozhodne súd rozsudkom, ktorým preskúmavané rozhodnutie buď potvrdí, alebo ho zruší a vráti na ďalšie konanie. Súd preskúmal napadnuté rozhodnutie odporcu v intenciách podaného opravného prostriedku: Zákon o poskytovaní právnej pomoci v § 4 ods. 1 písm. i) určuje hraničnú sumu, ktorou nastáva stav materiálnej núdze, pričom nevymedzuje žiadne osobitné prípady či povinnosť správnej úvahy pri skúmaní splnenia tejto podmienky (§ 6 ods. 1 písm. a), § 6a ods. 1, § 4 ods. 1 písm. i) v spojení s § 7). Naopak, zákon pri tejto podmienke stanovuje objektívne kritériá, od týchto sa nemožno žiadnym spôsobom odchýliť, a to bez ohľadu na charakter konania, v ktorom navrhovateľka žiada priznať nárok na poskytovanie právnej pomoci či samotnú osobu navrhovateľky, t.j. jej zdravotný stav. Zákon o poskytovaní právnej pomoci síce stanovuje výnimku, kedy odporca môže na základe správnej úvahy vo vzťahu k osobitným okolnostiam prípadu rozhodnúť o priznaní nároku na poskytovanie právnej pomoci i bez splnenia podmienky stavu materiálnej núdze (§ 6b ods. 1 a 2 zákona o poskytovaní právnej pomoci), uvedenú alternatívu však zákonodarca jednoznačne koncipuje ako právo odporcu aplikovať správnu úvahu a nie nárok žiadateľa požadovať využitie týchto ustanovení. Ako súd uviedol vyššie, navrhovateľka v opravnom prostriedku poukazovala na oslobodenie od platenia súdnych poplatkov v konaní č.k. 20C/106/2011 a skutočnosť, že bola v tomto konaní posúdená ako osoba v hmotnej núdzi. Súd v uvedenej súvislosti uvádza, že konanie o oslobodenie od platenia súdnych poplatkov v zmysle § 138 O.s.p. nemá žiaden vplyv na rozhodovanie odporcu podľa zákona o poskytovaní právnej pomoci a už vôbec nie v časti posúdenia splnenia podmienky vymedzenej v § 6 ods. 1 písm. a) a § 6a ods. 1 zákona o poskytovaní právnej pomoci. O žiadosti podanej podľa zákona o poskytovaní právnej pomoci rozhoduje výlučne odporca, pričom zákon v § 4 ods. 1 písm. i) jasne a zrozumiteľne stanovuje objektívne kritériá pre posúdenie príjmových pomerov žiadateľa, a následne v § 6 a § 6a vylučuje možnosť priznania nároku na poskytovanie právnej pomoci v prípade, ak sa žiadateľ v stave materiálnej núdze nenachádza. Oproti tomu dikcia § 138 O.s.p., ktorý nezakotvuje nárok účastníka konania na oslobodenie od platenia súdnych poplatkov, ponecháva všeobecnému súdu voľnú úvahu pri hodnotení pomerov účastníka konania a nikdy neskúma, či sa žiadateľ nachádza alebo nenachádza v stave materiálnej núdze, nakoľko tento pojem O.s.p. ani nepozná. Stav hmotnej núdze žiadateľa pritom môže byť, s poukazom na § 138 ods. 2 O.s.p. rozhodujúcim kritériom pri posudzovaní, či pomery žiadateľa odôvodňujú alebo neodôvodňujú oslobodenie od platenia súdnych poplatkov. Stav hmotnej núdze vymedzený zákonom o hmotnej núdzi však nemožno žiadnym spôsobom stotožňovať ani dávať do súvisu so stavom materiálnej núdze, ktorý je osobitnou právnou kategóriou vytvorenou výlučne pre účely aplikácie zákona o poskytovaní právnej pomoci. Takisto s posudzovaním stavu materiálnej núdze podľa zákona o poskytovaní právnej pomoci žiadnym spôsobom nesúvisí, že navrhovateľka je poberateľom peňažných príspevkov podľa zákona č. 447/2008 Z. z. Z dôvodov vyššie uvedených má súd za to, že odporca pri skúmaní sociálnych pomerov navrhovateľky za rozhodné obdobie postupoval správne a v súlade so zákonom o poskytovaní právnej pomoci a rovnako správne určil, že navrhovateľka sa nenachádza v stave materiálnej núdze tak ako je tento stav vymedzený v zákone o poskytovaní právnej pomoci. Zdravotný stav navrhovateľky nie je v zmysle zákona o poskytovaní právnej pomoci kritériom na posúdenie, či sa táto nachádza alebo nenachádza v stave materiálnej núdze, takisto takýmto kritériom nie je ani oslobodenie od platenia súdnych poplatkov v súdnom konaní, v ktorom žiadala o poskytovanie právnej pomoci (a vyhodnotenie jej osoby ako osoby v hmotnej núdzi). Navrhovateľka vo svojom opravnom prostriedku neuviedla žiadne iné dôvody nesprávnosti napadnutého rozhodnutia. Súd po preskúmaní napadnutého rozhodnutia odporcu v rozsahu podaného návrhu dospel k záveru, že napadnuté (negatívne) rozhodnutie odporcu je vecne správne a zákonné. Navrhovateľka nesplnila jednu zo základných kumulatívnych podmienok poskytovania právnej pomoci vymedzenej v § 6 ods. 1 písm. a) a § 6a ods. 1 zákona o poskytovaní právnej pomoci a preto odporca rozhodol v súlade so zákonom, ak nárok na jej poskytovanie navrhovateľke nepriznal. Nesplnenie podmienky materiálnej núdze, tak ako je definovaná v § 4 ods. 1 písm. i) zákona o poskytovaní právnej pomoci, rovnako ako nesplnenie čo i len jednej z ostatných kumulatívnych podmienok podľa § 6 ods. 1 písm. b) a c) zákona o poskytovaní právnej pomoci, automaticky vylučuje nárok žiadateľa na poskytovanie právnej pomoci. Zákon o poskytovaní právnej pomoci totiž neprikazuje odporcovi aplikovať správnu úvahu pri posudzovaní, či celková situácia navrhovateľky odôvodňuje alebo neodôvodňuje priznanie nároku na poskytovanie právnej pomoci (§ 6b ods. 1 a 2 zákona o poskytovaní právnej pomoci). Odporca je povinný každú žiadosť o priznanie nároku na poskytovanie právnej pomoci posudzovať výlučne v rámci zákonom určených kritérií, a to bez výnimky. K návrhu navrhovateľky, ktorým žiadala v opravnom prostriedku prideliť advokáta súd len uvádza, že ak nejde o prípady ustanovené v ust. § 250i ods. 2 O.s.p., správny súd nie je oprávnený zmeniť rozhodnutie správneho orgánu, môže ho len podľa § 250q ods. 2 O.s.p. zrušiť alebo potvrdiť. Pretože odporca pri rozhodovaní o priznaní nároku na poskytovanie právnej pomoci postupoval v súlade so zákonom o poskytovaní právnej pomoci a súd sa s jeho rozhodnutím v plnej miere stotožňuje, súd vydané negatívne rozhodnutie odporcu zo dňa 7.3.2013 potvrdil ako vecne správne. O trovách navrhovateľky súd rozhodol za použitia ust. § 250k ods. 1 O.s.p. v spojení s § 250l ods. 2 O.s.p. s poukazom na výsledok konania. Navrhovateľka bola v konaní neúspešná a preto jej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https://www.kauzis.sk/judikatura/r/ECLI:SK:KSBA:2015:1013200513.1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