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5S/104/2013 z 10. 8. 2015</w:t>
      </w:r>
    </w:p>
    <w:p>
      <w:r>
        <w:t>Uznesenie Krajského súdu Bratislava z 10. augusta 2015, sp. zn. 5S/104/2013, ECLI:SK:KSBA:2015:1013200798.2</w:t>
      </w:r>
    </w:p>
    <w:p>
      <w:r>
        <w:t>Súd: Krajský súd Bratislava</w:t>
      </w:r>
    </w:p>
    <w:p>
      <w:r>
        <w:t>Spisová značka: 5S/104/2013</w:t>
      </w:r>
    </w:p>
    <w:p>
      <w:r>
        <w:t>ECLI: ECLI:SK:KSBA:2015:1013200798.2</w:t>
      </w:r>
    </w:p>
    <w:p>
      <w:r>
        <w:t>Dátum vydania: 10.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5S/104/2013 Identifikačné číslo súdneho spisu: 1013200798 Dátum vydania rozhodnutia: 11. 08. 2015 Meno a priezvisko sudcu, VSÚ: Mgr. Helena Marcinkechová ECLI: ECLI:SK:KSBA:2015:1013200798.2 Uznesenie Krajský súd v Bratislave v právnej veci žalobcu: S&amp;J PRESSBURG SLOVAKIA, s.r.o., Na Hrebienku 30, 811 02 Bratislava, zastúpený: Advokátska kancelária Bugala-Ďurček, s.r.o., Drotárska cesta 102, 811 02 Bratislava, proti žalovanému: Finančné riaditeľstvo SR, Oddelenie daňového konania Banská Bystrica, Lazovná 63, 974 01 Banská Bystrica, o preskúmanie zákonnosti rozhodnutia žalovaného č. 1100302/1/71648/2013/5060-r zo dňa 12.2.2013, takto r o z h o d o l : Súd zrušuje uznesenie Krajského súdu v Bratislave č.k. 5S/104/2013-237 zo dňa 24.3.2015. o d ô v o d n e n i e : Žalobou doručenou pôvodne tunajšiemu súdu dňa 26.4.2013 sa žalobca domáhal preskúmania zákonnosti rozhodnutia žalovaného č. 1100302/1/71648/2013/5060-r zo dňa 12.2.2013, ktorým bolo potvrdené rozhodnutie Daňového úradu Bratislava č. 9102402/5/2657259/2012/Plo zo dňa 21.9.2012, ktorým prvostupňový správny orgán nepriznal žalobcovi nadmerný odpočet za zdaňovacie obdobie september 2011 v sume XX XXX,XX eur a určil vlastnú daňovú povinnosť v sume XX XXX,XX eur. Keďže žalobca spolu so žalobou nezaplatil súdny poplatok za podanie žaloby v sume XX,- eur, a tento nezaplatil ani na výzvu súdu, napriek poučeniu o právnych následkoch nezaplatenia súdneho poplatku, súd konanie uznesením č.k. XS/XXX/XXXX-XXX zo dňa XX.X.XXXX zastavil. Žalobca sa proti predmetnému rozhodnutiu v zákonnej lehote odvolal s tým, že súdny poplatok dodatočne zaplatil. Podľa § 10 ods. 3 zákona č. 71/1992 Zb. o súdnych poplatkoch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v lehote na podanie odvolania zaplatil súdny poplatok, rozhodol súd tak, že uznesenie o zastavení konania zrušil. Poučenie: Proti tomuto uzneseniu možno podať odvolanie do 15 dní odo dňa jeho doručenia na Krajský súd v Bratislave dvojmo.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https://www.kauzis.sk/judikatura/r/ECLI:SK:KSBA:2015:1013200798.2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