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5Sp/56/2013 z 4. 2. 2015</w:t>
      </w:r>
    </w:p>
    <w:p>
      <w:r>
        <w:t>Uznesenie Krajského súdu Bratislava z 4. februára 2015, sp. zn. 5Sp/56/2013, ECLI:SK:KSBA:2015:1013201059.1</w:t>
      </w:r>
    </w:p>
    <w:p>
      <w:r>
        <w:t>Súd: Krajský súd Bratislava</w:t>
      </w:r>
    </w:p>
    <w:p>
      <w:r>
        <w:t>Spisová značka: 5Sp/56/2013</w:t>
      </w:r>
    </w:p>
    <w:p>
      <w:r>
        <w:t>ECLI: ECLI:SK:KSBA:2015:1013201059.1</w:t>
      </w:r>
    </w:p>
    <w:p>
      <w:r>
        <w:t>Dátum vydania: 4. 2.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5Sp/56/2013 Identifikačné číslo súdneho spisu: 1013201059 Dátum vydania rozhodnutia: 05. 02. 2015 Meno a priezvisko sudcu, VSÚ: JUDr. Peter Pospech ECLI: ECLI:SK:KSBA:2015:1013201059.1 Uznesenie Krajský súd v Bratislave v právnej veci navrhovateľa: U., P..D..G.., U. XX, XXX XX Q., proti odporcovi: Okresný úrad Bratislava, katastrálny odbor (pôvodne Správa katastra pre hlavné mesto Slovenskej republiky Bratislavu), Ružová dolina 27, 821 09 Bratislava, za účasti: V. L., R. XX/XX, XXX XX Q., o preskúmanie zákonnosti rozhodnutia odporcu zo dňa 01.03.2013, sp. zn. V - 30277/12, takto r o z h o d o l : Súd konanie z a s t a v u j e . Žiaden z účastníkov nemá právo na náhradu trov konania. o d ô v o d n e n i e : Navrhovateľ svojím návrhom zo dňa 18.03.2013 žiadal preskúmať rozhodnutie odporcu zo dňa 01.03.2013, sp. zn. F. - XXXXX/XX, ktorým bolo konanie o návrhu na vklad záložného práva do katastra nehnuteľností zo zmluvy o zriadení záložného práva č. XXX/XXXX-U. pod č. F.-XXXXX/XX zamietnuté. Dňa 30.01.2015 navrhovateľ vzal späť návrh v celom rozsahu a žiadal konanie zastaviť z dôvodu, že V. L. uhradila úver v zmysle zmluvy o úvere č. XXXXXXXXX.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https://www.kauzis.sk/judikatura/r/ECLI:SK:KSBA:2015:1013201059.1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