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5Sp/58/2013 z 16. 2. 2015</w:t>
      </w:r>
    </w:p>
    <w:p>
      <w:r>
        <w:t>Uznesenie Krajského súdu Bratislava z 16. februára 2015, sp. zn. 5Sp/58/2013, ECLI:SK:KSBA:2015:1013201106.3</w:t>
      </w:r>
    </w:p>
    <w:p>
      <w:r>
        <w:t>Súd: Krajský súd Bratislava</w:t>
      </w:r>
    </w:p>
    <w:p>
      <w:r>
        <w:t>Spisová značka: 5Sp/58/2013</w:t>
      </w:r>
    </w:p>
    <w:p>
      <w:r>
        <w:t>ECLI: ECLI:SK:KSBA:2015:1013201106.3</w:t>
      </w:r>
    </w:p>
    <w:p>
      <w:r>
        <w:t>Dátum vydania: 16. 2.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5Sp/58/2013 Identifikačné číslo súdneho spisu: 1013201106 Dátum vydania rozhodnutia: 17. 02. 2015 Meno a priezvisko sudcu, VSÚ: JUDr. Peter Pospech ECLI: ECLI:SK:KSBA:2015:1013201106.3 Uznesenie Krajský súd v Bratislave v právnej veci navrhovateľa: X. N., W.. XX.XX.XXXX, F. U. XX, XXX XX F., proti odporcovi: Centrum právnej pomoci, kancelária Bratislava, Nám. slobody 12, 810 05 Bratislava, o preskúmanie zákonnosti rozhodnutia odporcu sp. zn. 4119/2013, ČRZ: 21897/2013 zo dňa 22.05.2013, takto r o z h o d o l : Súd konanie z a s t a v u j e . Žiaden z účastníkov nemá právo na náhradu trov konania. o d ô v o d n e n i e : Navrhovateľ svojím návrhom zo dňa 03.06.2013 žiadal preskúmať rozhodnutie odporcu sp. zn. 4119/2013, ČRZ: 21897/2013 zo dňa 22.05.2013, ktorým mu nebol priznaný nárok na poskytnutie právnej pomoci. Na pojednávaní dňa 17.02.2015 po vysvetlení predmetu sporu navrhovateľ vzal späť návrh v celom rozsahu a žiadal konanie zastaviť. Odporca nemal námietky k zastaveniu konania.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https://www.kauzis.sk/judikatura/r/ECLI:SK:KSBA:2015:1013201106.3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