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1S/164/2013 z 29. 4. 2015</w:t>
      </w:r>
    </w:p>
    <w:p>
      <w:r>
        <w:t>Uznesenie Krajského súdu Bratislava z 29. apríla 2015, sp. zn. 1S/164/2013, ECLI:SK:KSBA:2015:1013201184.3</w:t>
      </w:r>
    </w:p>
    <w:p>
      <w:r>
        <w:t>Súd: Krajský súd Bratislava</w:t>
      </w:r>
    </w:p>
    <w:p>
      <w:r>
        <w:t>Spisová značka: 1S/164/2013</w:t>
      </w:r>
    </w:p>
    <w:p>
      <w:r>
        <w:t>ECLI: ECLI:SK:KSBA:2015:1013201184.3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1S/164/2013 Identifikačné číslo súdneho spisu: 1013201184 Dátum vydania rozhodnutia: 30. 04. 2015 Meno a priezvisko sudcu, VSÚ: JUDr. Monika Valašíková PhD. ECLI: ECLI:SK:KSBA:2015:1013201184.3 Uznesenie Krajský súd v Bratislave v právnej veci žalobcu: P.. K. Z., O. XXXX/XX, XXX XX C., zastúpený: JUDr. Ľubomír Hlbočan, advokát, Vajnorská 20, 831 03 Bratislava, proti žalovanému: Okresný úrad Bratislava, odbor opravných prostriedkov, Staromestská 6, 814 40 Bratislava, za účasti: EK-Invest s.r.o., Sliačska 1/D, 831 02 Bratislava, o preskúmanie zákonnosti rozhodnutia žalovaného č. ŠVS/2013/2598-GGL zo dňa 15.4.2013, takto r o z h o d o l : Záhlavie rozsudku Krajského súdu v Bratislave č. k. 1S/164/2013-62 zo dňa 19.3.2015 správne znie: „Krajský súd v Bratislave v senáte zloženom z predsedníčky senátu JUDr. Moniky Valašikovej, PhD. a členov senátu JUDr. Renáty Janákovej a JUDr. Vlastimila Pavlikovského, v právnej veci žalobcu: P.. K. Z., O. XXXX/XX, XXX XX C., zastúpeného advokátom: JUDr. Ľubomírom Hlbočanom, so sídlom Vajnorská 20, 831 03 Bratislava, proti žalovanému: Okresný úrad Bratislava, odbor opravných prostriedkov, Staromestská 6, 814 40 Bratislava, za účasti: EK-Invest s.r.o., Sliačska 1/D, 831 02 Bratislava, o preskúmanie zákonnosti rozhodnutia žalovaného č. ŠVS/2013/2598-GGL zo dňa 15.4.2013, takto“. o d ô v o d n e n i e : V zmysle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Krajský súd zistil, že pri písaní rozhodnutia došlo k chybe, keď v záhlaví rozsudku bolo nesprávne uvedené zloženie senátu, ktorý vo veci rozhodol. Po zistení tejto chyby Krajský súd pristúpil k jej oprave tak, ako je to uvedené vo výrokovej časti tohto opravného uznesenia, v ktorej je uvedené správne záhlavie rozsudku Krajského súdu. Krajský súd preto pri oprave rozhodnutia vychádzal z § 222 ods. 3 O.s.p. v spojení s § 211 ods. 2 a 164 O.s.p.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https://www.kauzis.sk/judikatura/r/ECLI:SK:KSBA:2015:1013201184.3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