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4Sp/69/2013 z 6. 1. 2015</w:t>
      </w:r>
    </w:p>
    <w:p>
      <w:r>
        <w:t>Uznesenie Krajského súdu Bratislava z 6. januára 2015, sp. zn. 4Sp/69/2013, ECLI:SK:KSBA:2015:1013201276.1</w:t>
      </w:r>
    </w:p>
    <w:p>
      <w:r>
        <w:t>Súd: Krajský súd Bratislava</w:t>
      </w:r>
    </w:p>
    <w:p>
      <w:r>
        <w:t>Spisová značka: 4Sp/69/2013</w:t>
      </w:r>
    </w:p>
    <w:p>
      <w:r>
        <w:t>ECLI: ECLI:SK:KSBA:2015:1013201276.1</w:t>
      </w:r>
    </w:p>
    <w:p>
      <w:r>
        <w:t>Dátum vydania: 6. 1.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4Sp/69/2013 Identifikačné číslo súdneho spisu: 1013201276 Dátum vydania rozhodnutia: 07. 01. 2015 Meno a priezvisko sudcu, VSÚ: JUDr. Ľubomír Šramko ECLI: ECLI:SK:KSBA:2015:1013201276.1 Uznesenie Krajský súd v Bratislave v právnej veci navrhovateľov: 1/ Lesy Slovenskej republiky, š.p., Odštepný závod Šaštín so sídlom Pri Rybníku 1301, Šaštín Stráže, 2/ Slovenský pozemkový fond so sídlom Búdková 36, Bratislava proti odporcovi: Okresný úrad Malacky, Pozemkový a lesný odbor (pôvodne Obvodný pozemkový úrad v Malackách) so sídlom Záhorácka 2942/60A, Malacky za účasti: 1/ Z. W. J., bytom X. A. XXX, M., 2/ Z. D. D., bytom I. X, A., 3/ Z. Ľ. I., bytom F. XX, J., 4/ Z. M. A., bytom O. XX, S., 5/ Z. A. D., bytom A.. X. X, A., 6/ Z. S. D., bytom Z. D.F. XXX/X-XXX, B. E. K., 7/ P. S. X., Š..Z.. so sídlom E.. S. X, I. I., 8/ Obec Jakubov, Jakubov, 9/ Združenie súkromných vlastníkov spoločných lesov a pasienkov (Urbariaristov), Jakubov v konaní o opravnom prostriedku navrhovateľa v 1. rade zo 4.6.2013 a navrhovateľa v 2. rade zo 17.5.2013proti rozhodnutiu odporcu Č.j.: 1679/2004, Zn.: OPÚ 2013/833/533-41/07/DBO zo dňa 24.4.2013 r o z h o d o l : Krajský súd v Bratislave konanie z a s t a v u j e . Žiaden z účastníkov konania nemá právo na náhradu trov tohto konania. o d ô v o d n e n i e : Dňa 9.7.2013 boli prostredníctvom odporcu konajúcemu Krajskému súdu v Bratislave (ďalej len „súd“) doručené návrhy navrhovateľov v 1/ a 2/ rade, ktorým sa zhodne domáhali zrušenia napadnutého rozhodnutia odporcu Č.j.: 1679/2004, Zn.: OPÚ 2013/833/533-41/07/DBO zo dňa 24.4.2013. Dňa 24.11.2014 odporca doručil súdu svoje rozhodnutie Č.j.: 1676/2004, Zn.: PLO 2014/9567-1/DBO z 22.10.2014, ktorým súčasne s jeho následnou opravou vykonanou pod Č.j.: 1676/2004, Zn.: PLO 2014/9567-5/DBO zo 17.12.2014 vyhovel podaným odvolaniam a svoje(napadnuté) rozhodnutie Č.j.: 1679/2004, Zn.: OPÚ 2013/833/533-41/07/DBO zo dňa 24.4.2013 v rámci autoremedúry zrušil. Podľa ust. § 250l ods.1 Občianskeho súdneho poriadku (ďalej len „O.s.p.“) podľa ustanovení tejto hlavy sa postupuje v prípadoch, v ktorých zákon zveruje súdom rozhodovanie o opravných prostriedkoch proti neprávoplatným rozhodnutiam správnych orgánov. Podľa ust. ods. 2 citovaného zákonného ustanovenia pokiaľ v tejto hlave nie je ustanovené inak, použije sa primerane ustanovenie druhej hlavy s výnimkou § 250 a. Podľa ust. § 250o O.s.p. ak správny orgán, ktorého rozhodnutie súd preskúmava, vydá nové rozhodnutie, ktorým návrhu celkom vyhovie, súd uznesením konanie zastaví. Pretože súd z predloženého spisového materiálu zistil, že odporca plne vyhovel námietkam navrhovateľov a pôvodne vydané (napadnuté) rozhodnutie zrušil s poukazom na citované zákonné ustanovenia súd konanie zastavil. O trovách konania súd rozhodol v súlade s analogickým použitím ust. § 146 ods.1, písm. c), O.s.p., keď navrhovatelia naviac ich náhradu ani nežiadali (§151 ods. 1 O.s.p.). Poučenie: Proti tomuto uzneseniu odvolanie nie je prípustné (§ 246c ods. 1 O.s.p.).</w:t>
      </w:r>
    </w:p>
    <w:p/>
    <w:p>
      <w:r>
        <w:t>Zdroj: KAUZIS.SK – https://www.kauzis.sk/judikatura/r/ECLI:SK:KSBA:2015:1013201276.1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