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5S/174/2013 z 23. 3. 2015</w:t>
      </w:r>
    </w:p>
    <w:p>
      <w:r>
        <w:t>Rozhodnutie Krajského súdu Bratislava z 23. marca 2015, sp. zn. 5S/174/2013, ECLI:SK:KSBA:2015:1013201286.1</w:t>
      </w:r>
    </w:p>
    <w:p>
      <w:r>
        <w:t>Súd: Krajský súd Bratislava</w:t>
      </w:r>
    </w:p>
    <w:p>
      <w:r>
        <w:t>Spisová značka: 5S/174/2013</w:t>
      </w:r>
    </w:p>
    <w:p>
      <w:r>
        <w:t>ECLI: ECLI:SK:KSBA:2015:1013201286.1</w:t>
      </w:r>
    </w:p>
    <w:p>
      <w:r>
        <w:t>Dátum vydania: 23. 3. 2015</w:t>
      </w:r>
    </w:p>
    <w:p>
      <w:r>
        <w:t>Forma: Rozhodnutie</w:t>
      </w:r>
    </w:p>
    <w:p>
      <w:r>
        <w:t>Oblasť práva: Správne právo</w:t>
      </w:r>
    </w:p>
    <w:p>
      <w:pPr>
        <w:pStyle w:val="Heading2"/>
      </w:pPr>
      <w:r>
        <w:t>Text rozhodnutia</w:t>
      </w:r>
    </w:p>
    <w:p>
      <w:r>
        <w:t>Súd: Krajský súd Bratislava Spisová značka: 5S/174/2013 Identifikačné číslo súdneho spisu: 1013201286 Dátum vydania rozhodnutia: 24. 03. 2015 Meno a priezvisko sudcu, VSÚ: JUDr. Viera Šebestová ECLI: ECLI:SK:KSBA:2015:1013201286.1 Rozhodnutie Krajský súd v Bratislave v právnej veci žalobcov: I. H.. R. M., Y. XX, XXX XX U., II. G. M., Y. XX, XXX XX U., obaja zastúpení: Advokátska kancelária LEGAL ADVISORS SK s.r.o., Klariská 14, 811 03 Bratislava, proti žalovanému: Okresný úrad Bratislava, Katastrálny odbor, Ružová dolina 27, 821 09 Bratislava, o preskúmanie zákonnosti rozhodnutia právneho predchodcu žalovaného č. Vo 13/13-BK zo dňa 30.4.2013, takto r o z h o d o l : Súd konanie z a s t a v u j e . Žiaden z účastníkov n e m á právo na náhradu trov konania. o d ô v o d n e n i e : Žalobou doručenou tunajšiemu súdu dňa 9.7.2013 sa žalobca domáhal zrušenia rozhodnutia právneho predchodcu žalovaného - Správy katastra pre hlavné mesto Slovenskej republiky Bratislavu č. Vo 13/13- BK zo dňa 30.4.2013, ktorým správa katastra rozhodla tak, že zamietla odvolanie žalobkýň a potvrdila rozhodnutie Správy katastra pre hlavné mesto SR Bratislavu č. V-24818/12 zo dňa 3.1.2013, ktorým bolo zastavené konanie o návrhu na vklad v zmysle § 31b ods. 1 písm. f) katastrálneho zákona, ktorého účastníčkami boli žalobkyne a spoločnosť B.O.S. Slovakia, a.s. Žalovaný na výzvu súdu doručil dňa 11.12.2013 tunajšiemu súdu vyjadrenie k žalobe s tým, že žiadal žalobu ako nedôvodnú zamietnuť. Podaním doručeným tunajšiemu súdu dňa 5.3.2015, ešte pred pojednávaním vzali žalobkyne svoju žalobu v plnom rozsahu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https://www.kauzis.sk/judikatura/r/ECLI:SK:KSBA:2015:1013201286.1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