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8Sd/98/2013 z 2. 3. 2015</w:t>
      </w:r>
    </w:p>
    <w:p>
      <w:r>
        <w:t>Uznesenie Krajského súdu Bratislava z 2. marca 2015, sp. zn. 8Sd/98/2013, ECLI:SK:KSBA:2015:1013201328.4</w:t>
      </w:r>
    </w:p>
    <w:p>
      <w:r>
        <w:t>Súd: Krajský súd Bratislava</w:t>
      </w:r>
    </w:p>
    <w:p>
      <w:r>
        <w:t>Spisová značka: 8Sd/98/2013</w:t>
      </w:r>
    </w:p>
    <w:p>
      <w:r>
        <w:t>ECLI: ECLI:SK:KSBA:2015:1013201328.4</w:t>
      </w:r>
    </w:p>
    <w:p>
      <w:r>
        <w:t>Dátum vydania: 2.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8Sd/98/2013 Identifikačné číslo súdneho spisu: 1013201328 Dátum vydania rozhodnutia: 03. 03. 2015 Meno a priezvisko sudcu, VSÚ: JUDr. Peter Pospech ECLI: ECLI:SK:KSBA:2015:1013201328.4 Uznesenie Krajský súd v Bratislave v právnej veci navrhovateľa: Z.. S. A., Q. Č. XXXXXX/XXXX, C. X. XX/X, XXX XX S. X - Ž.Ž., Č. Q., proti odporkyni: Sociálna poisťovňa - ústredie, Ul. 29. augusta č. 8, 813 63 Bratislava, o invalidný dôchodok, takto r o z h o d o l : Súd konanie z a s t a v u j e . Žiaden z účastníkov nemá právo na náhradu trov konania. o d ô v o d n e n i e : Navrhovateľ svojím návrhom došlým Sociálnej poisťovni dňa 17.5.2013 žiadal preskúmať rozhodnutie odporkyne číslo XXX XXX XXXX X zo dňa 10.4.2013, ktorým odporkyňa zamietla žiadosť navrhovateľa a zvýšenie sumy invalidného dôchodku. Po vysvetlení predmetu sporu dňa 3.3.2015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https://www.kauzis.sk/judikatura/r/ECLI:SK:KSBA:2015:1013201328.4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