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5S/179/2013 z 4. 5. 2015</w:t>
      </w:r>
    </w:p>
    <w:p>
      <w:r>
        <w:t>Uznesenie Krajského súdu Bratislava z 4. mája 2015, sp. zn. 5S/179/2013, ECLI:SK:KSBA:2015:1013201329.1</w:t>
      </w:r>
    </w:p>
    <w:p>
      <w:r>
        <w:t>Súd: Krajský súd Bratislava</w:t>
      </w:r>
    </w:p>
    <w:p>
      <w:r>
        <w:t>Spisová značka: 5S/179/2013</w:t>
      </w:r>
    </w:p>
    <w:p>
      <w:r>
        <w:t>ECLI: ECLI:SK:KSBA:2015:1013201329.1</w:t>
      </w:r>
    </w:p>
    <w:p>
      <w:r>
        <w:t>Dátum vydania: 4. 5. 2015</w:t>
      </w:r>
    </w:p>
    <w:p>
      <w:r>
        <w:t>Forma: Uznesenie</w:t>
      </w:r>
    </w:p>
    <w:p>
      <w:pPr>
        <w:pStyle w:val="Heading2"/>
      </w:pPr>
      <w:r>
        <w:t>Text rozhodnutia</w:t>
      </w:r>
    </w:p>
    <w:p>
      <w:r>
        <w:t>Súd: Krajský súd Bratislava Spisová značka: 5S/179/2013 Identifikačné číslo súdneho spisu: 1013201329 Dátum vydania rozhodnutia: 05. 05. 2015 Meno a priezvisko sudcu, VSÚ: JUDr. Anna Peťovská PhD. ECLI: ECLI:SK:KSBA:2015:1013201329.1 Uznesenie Krajský súd v Bratislave v právnej veci žalobcu: sanaplasma SK s.r.o., so sídlom Hlavná 119, 040 01 Košice, IČO: 36 836 311, právne zastúpený: JUDr. Ing. Dezider Jančik, advokát, Hlavná 119, Košice, proti žalovanému: Ministerstvo zdravotníctva SR, Limbova 2, 837 52 Bratislava, o preskúmanie zákonnosti rozhodnutia žalovaného č. S03556-OP-2013 zo dňa 03.05.2013, takto r o z h o d o l : Súd konanie z a s t a v u j e . Žiaden z účastníkov nemá právo na náhradu trov konania. o d ô v o d n e n i e : Včas podanou žalobou doručenou tunajšiemu súdu dňa 15.07.2013 sa žalobca domáhal postupom podľa druhej hlavy piatej časti O.s.p. preskúmania zákonnosti rozhodnutia žalovaného č. SO3556- OP-2013 zo dňa 03.05.2013 s návrhom na jeho zrušenie a to vo veci neudelenia súhlasu s vývozom krvnej plazmy v zmysle jeho žiadosti zo dňa 04. júla 2012. Keďže s podaním žaloby nebol vo veci zaplatený súdny poplatok, súd dňa 09.04.2015 vyzval žalobcu na jeho zaplatenie vo výške 70,- eur v lehote 10 dní od doručenia výzvy pod následkom zastavenia konania. Predmetná výzva bola právnemu zástupcovi žalobcu doručená dňa 16.04.2015 a tejto vyhovené nebolo. Podľa § 10 ods. 1 zákona č. 71/1992 Zb. o súdnych poplatok, ak nebol zaplatený poplatok splatný podaním návrhu na začatie konanie alebo dovolania, prvostupňový súd vyzve poplatníka, aby poplatok zaplatil v lehote, ktorú určí z pravidla v lehote 10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 tým, ako nariadi pojednávanie tak, aby lehota od zaplatenia poplatku do pojednávania, vydania platobného rozkazu a rozkazu na plnenie alebo rozhodnutie bez nariadenia pojednávania nebola dlhšia ako dva mesiace; túto lehotu môže predseda súdu z dôležitých dôvodov predĺžiť. Keďže žalobca nezaplatil súdny poplatok v lehote stanovenej súdom, a to napriek poučeniu o následkoch jeho nezaplatenia, potom súd konanie vo veci podľa § 10 ods. 1 zákona č. 71/1972 Zb. v platnom znení zastavil. O náhrade trov konania súd rozhodol podľa § 146 ods. 1 písm. c/ O.s.p. v spojení s ust. § 246c O.s.p. tak, že žiaden z účastníkov nemá právo na náhradu trov konania, nakoľko konanie vo veci bolo zastavené a žalovanému trovy v súvislosti s konaním nevznikli. Toto rozhodnutie senát Krajského súdu v Bratislave prijal pomerom hlasov 3:0. Poučenie: Proti tomuto uzneseniu možno podať odvolanie do 15 dní odo dňa jeho doručenia, prostredníctvom podpísaného súdu na Najvyšší súd SR písomne v dvoch vyhotoveniach.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nezaplatenia súdneho poplatku, ak poplatník zaplatí súdny poplatok do konca lehoty na podanie odvolania.</w:t>
      </w:r>
    </w:p>
    <w:p/>
    <w:p>
      <w:r>
        <w:t>Zdroj: KAUZIS.SK – https://www.kauzis.sk/judikatura/r/ECLI:SK:KSBA:2015:1013201329.1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