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5Sp/68/2013 z 29. 3. 2015</w:t>
      </w:r>
    </w:p>
    <w:p>
      <w:r>
        <w:t>Opravné uznesenie Krajského súdu Bratislava z 29. marca 2015, sp. zn. 5Sp/68/2013, ECLI:SK:KSBA:2015:1013201364.2</w:t>
      </w:r>
    </w:p>
    <w:p>
      <w:r>
        <w:t>Súd: Krajský súd Bratislava</w:t>
      </w:r>
    </w:p>
    <w:p>
      <w:r>
        <w:t>Spisová značka: 5Sp/68/2013</w:t>
      </w:r>
    </w:p>
    <w:p>
      <w:r>
        <w:t>ECLI: ECLI:SK:KSBA:2015:1013201364.2</w:t>
      </w:r>
    </w:p>
    <w:p>
      <w:r>
        <w:t>Dátum vydania: 29. 3.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5Sp/68/2013 Identifikačné číslo súdneho spisu: 1013201364 Dátum vydania rozhodnutia: 30. 03. 2015 Meno a priezvisko sudcu, VSÚ: JUDr. Peter Pospech ECLI: ECLI:SK:KSBA:2015:1013201364.2 Opravné uznesenie Krajský súd v Bratislave v právnej veci navrhovateľky: P.. F. X., C. XXX XX E. Č.. XXX, proti odporcovi: Centrum právnej pomoci, kancelária Hlohovec, so sídlom M.R. Štefánika 1, 920 01 Hlohovec, o preskúmanie napadnutého rozhodnutia odporcu sp. zn. 5414/2013, ev. č. KaHC-24128/5414/2013-26535/2013 zo dňa 14.06.2013, takto r o z h o d o l : Súd o p r a v u j e záhlavie, výrok a odôvodnenie rozsudku Krajského súdu v Bratislave č. k. 5Sp/68/2013-24 zo dňa 24.02.2015 tak, že označenie napadnutého rozhodnutia odporcu správne znie: „sp. zn. 5414/2013, ev. č. KaHC-24128/5414/2013-26535/2013 zo dňa 14.06.2013.“ o d ô v o d n e n i e : Súd dňa 24.02.2015 rozhodol rozsudkom č. k. 5Sp/68/2013-24 tak, že napadnuté rozhodnutie odporcu č. 5415/2013, ev.č. KaHC-24128/5414/2013-31472/2013 zo dňa 16.7.2013 zrušuje podľa § 250j ods. 2 písm. a/, b/, c/, d/ O.s.p. a vec vracia odporcovi na ďalšie konanie a navrhovateľke náhradu trov konania nepriznáva. Odporca v odvolaní zo dňa 16.03.2015 okrem iného namietal, že v rozsudku je uvedené nesprávne označenie napadnutého rozhodnutia odporcu.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ust. § 165 O.s.p. pokiaľ nemá odôvodnenie rozsudku podklad v zistení skutkového stavu, môže účastník pred tým, ako rozsudok nadobudne právoplatnosť, navrhnúť, aby odôvodnenie bolo opravené. Súd prvého stupňa rozhodne o návrhu na opravu do 30 dní od jeho podania. Ak súd prvého stupňa nevyhovie návrhu, predloží vec do 30 dní od podania návrhu odvolaciemu súdu, ktorý o oprave rozhodne do 60 dní od predloženia veci. O oprave dôvodov rozhoduje súd uznesením. Pojednávanie netreba nariaďovať. Vzhľadom na vyššie uvedené skutočnosti, pri aplikácii citovanej právnej normy súd vydal uznesenie a vykonal opravu záhlavia, výroku a odôvodnenia rozsudku tunajšieho súdu č. k. 5Sp/68/2013-24 zo dňa 24.02.2015 tak, ako to vyplýva z výroku tohto rozhodnutia z dôvodu, že pri písomnom vyhotovovaní rozsudku došlo k chybe v písaní, kedy bolo ako napadnuté rozhodnutie odporcu uvádzané č. 5415/2013, ev. č. KaHC-24128/5414/2013-31472/2013 zo dňa 16.7.2013. Poučenie: Proti tomuto uzneseniu možno podať odvolanie do 15 dní odo dňa jeho doručenia na Krajskom súde v Bratislave.</w:t>
      </w:r>
    </w:p>
    <w:p/>
    <w:p>
      <w:r>
        <w:t>Zdroj: KAUZIS.SK – https://www.kauzis.sk/judikatura/r/ECLI:SK:KSBA:2015:1013201364.2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