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5S/184/2013 z 26. 8. 2015</w:t>
      </w:r>
    </w:p>
    <w:p>
      <w:r>
        <w:t>Opravné uznesenie Krajského súdu Bratislava z 26. augusta 2015, sp. zn. 5S/184/2013, ECLI:SK:KSBA:2015:1013201370.2</w:t>
      </w:r>
    </w:p>
    <w:p>
      <w:r>
        <w:t>Súd: Krajský súd Bratislava</w:t>
      </w:r>
    </w:p>
    <w:p>
      <w:r>
        <w:t>Spisová značka: 5S/184/2013</w:t>
      </w:r>
    </w:p>
    <w:p>
      <w:r>
        <w:t>ECLI: ECLI:SK:KSBA:2015:1013201370.2</w:t>
      </w:r>
    </w:p>
    <w:p>
      <w:r>
        <w:t>Dátum vydania: 26. 8.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5S/184/2013 Identifikačné číslo súdneho spisu: 1013201370 Dátum vydania rozhodnutia: 27. 08. 2015 Meno a priezvisko sudcu, VSÚ: Mgr. Helena Marcinkechová ECLI: ECLI:SK:KSBA:2015:1013201370.2 Opravné uznesenie Krajský súd v Bratislave v právnej veci žalobkyne v 1/ rade: A. P., bytom Y. cesta XX, XXX XX O. O., zastúpená: JUDr. Jozefom Švarcom, advokátom, so sídlom Horná 41, 974 01 Banská Bystrica, v 2/ rade: H.. P. P., Y. cesta XX, XXX XX O. O., proti žalovanému: Ministerstvo zdravotníctva Slovenskej republiky, Limbova 2, 837 52 Bratislava 37, o preskúmanie zákonnosti rozhodnutia žalovaného č. SO3134-OP-2013 zo dňa 20.05.2013, takto r o z h o d o l : Súd opravuje v záhlaví rozsudku č.k. 5S/184/2013-616 zo dňa 27.1.2015 označenie žalobkyne menom a priezviskom tak, že toto správne znie A. P.. o d ô v o d n e n i e : Pri písomnom vyhotovení rozsudku č. k. 5S/184/2013-616 zo dňa 27.1.2015 došlo k chybe v písaní, keď v záhlaví rozsudku bola ako žalobkyňa označená U. P.. Správne meno a priezvisko žalobkyne je A. P..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 .</w:t>
      </w:r>
    </w:p>
    <w:p/>
    <w:p>
      <w:r>
        <w:t>Zdroj: KAUZIS.SK – https://www.kauzis.sk/judikatura/r/ECLI:SK:KSBA:2015:1013201370.2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