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2S/188/2013 z 23. 11. 2015</w:t>
      </w:r>
    </w:p>
    <w:p>
      <w:r>
        <w:t>Opravné uznesenie Krajského súdu Bratislava z 23. novembra 2015, sp. zn. 2S/188/2013, ECLI:SK:KSBA:2015:1013201419.2</w:t>
      </w:r>
    </w:p>
    <w:p>
      <w:r>
        <w:t>Súd: Krajský súd Bratislava</w:t>
      </w:r>
    </w:p>
    <w:p>
      <w:r>
        <w:t>Spisová značka: 2S/188/2013</w:t>
      </w:r>
    </w:p>
    <w:p>
      <w:r>
        <w:t>ECLI: ECLI:SK:KSBA:2015:1013201419.2</w:t>
      </w:r>
    </w:p>
    <w:p>
      <w:r>
        <w:t>Dátum vydania: 23. 11.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2S/188/2013 Identifikačné číslo súdneho spisu: 1013201419 Dátum vydania rozhodnutia: 24. 11. 2015 Meno a priezvisko sudcu, VSÚ: JUDr. Lucia Lasabová ECLI: ECLI:SK:KSBA:2015:1013201419.2 Opravné uznesenie Krajský súd v Bratislave v právnej veci žalobkyne: B. Q., Q. č. XXX, Q., zastúpená: JUDr. Adam Puškár, advokát, Karpatská 5, Bratislava, proti žalovanému: Ústredie práce, sociálnych vecí a rodiny, odbor štátnych sociálnych dávok, Špitálska 8, Bratislava, o preskúmanie zákonnosti rozhodnutia žalovaného č. E./E zo dňa 16.0X.XXXX, takto r o z h o d o l : Krajský súd v Bratislave o p r a v u j e v záhlaví rozsudku Krajského súdu v Bratislave č. k. 2S/188/2013-48 nesprávne označenie napadnutého rozhodnutia žalovaného „č. H./E., P./Q./XXXX/ XXXX“ tak, že má správne znieť „UPS/E Krajský súd v Bratislave o p r a v u j e dátum vyhlásenia rozsudku Krajského súdu v Bratislave č. k. 2S/188/2013-48, na ktorom je uvedený dátum 13.05.2015 tak, že správne má byť uvedený dátum „06.05.2015“. V ostatných častiach zostáva rozsudok Krajského súdu v Bratislave č. k. 2S/188/2013-48 nezmenený. o d ô v o d n e n i e : Pri písomnom vyhotovení rozsudku Krajského súdu v Bratislave č. k. 2S/188/2013-48 došlo k pisárskej chybe, keď bolo v jeho záhlaví uvedené nesprávne označenie napadnutého rozhodnutia žalovaného „č. ÚPS/E., P./Q./XXXX/XXXX“ tak, že má správne znieť „E./E Ďalšou pisárskou chybou v rozsudku Krajského súdu v Bratislave č. k. 2S/188/2013-48, verejne vyhlásenom dňa 06.05.2015, bolo uvedenie nesprávneho dátumu vyhlásenia rozsudku „13.05.2015“. Správny dátum mal byť „06.05.2015“.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Krajský súd v Bratislave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https://www.kauzis.sk/judikatura/r/ECLI:SK:KSBA:2015:1013201419.2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