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10Scud/15/2013 z 9. 11. 2015</w:t>
      </w:r>
    </w:p>
    <w:p>
      <w:r>
        <w:t>Rozsudok Krajského súdu Bratislava z 9. novembra 2015, sp. zn. 10Scud/15/2013, ECLI:SK:KSBA:2015:1013201468.2</w:t>
      </w:r>
    </w:p>
    <w:p>
      <w:r>
        <w:t>Súd: Krajský súd Bratislava</w:t>
      </w:r>
    </w:p>
    <w:p>
      <w:r>
        <w:t>Spisová značka: 10Scud/15/2013</w:t>
      </w:r>
    </w:p>
    <w:p>
      <w:r>
        <w:t>ECLI: ECLI:SK:KSBA:2015:1013201468.2</w:t>
      </w:r>
    </w:p>
    <w:p>
      <w:r>
        <w:t>Dátum vydania: 9. 11. 2015</w:t>
      </w:r>
    </w:p>
    <w:p>
      <w:r>
        <w:t>Forma: Rozsudok</w:t>
      </w:r>
    </w:p>
    <w:p>
      <w:r>
        <w:t>Oblasť práva: Správne právo</w:t>
      </w:r>
    </w:p>
    <w:p>
      <w:pPr>
        <w:pStyle w:val="Heading2"/>
      </w:pPr>
      <w:r>
        <w:t>Text rozhodnutia</w:t>
      </w:r>
    </w:p>
    <w:p>
      <w:r>
        <w:t>Súd: Krajský súd Bratislava Spisová značka: 10Scud/15/2013 Identifikačné číslo súdneho spisu: 1013201468 Dátum vydania rozhodnutia: 10. 11. 2015 Meno a priezvisko sudcu, VSÚ: JUDr. Beata Jurgošová ECLI: ECLI:SK:KSBA:2015:1013201468.2 ROZSUDOK V MENE SLOVENSKEJ REPUBLIKY Krajský súd v Bratislave sudkyňou JUDr. Beátou Jurgošovou v právnej veci navrhovateľa: U. I., bytom u pani I. D., M. XXX, XXX XX C. Z. G., Česká republika, zastúpeného: opatrovníčkou I. D., bytom M. XXX, XXX XX C. Z. G., Česká republika proti odporkyni: Sociálnej poisťovni ústredie v Bratislave, Ul. 29. augusta č. 8, Bratislava, o invalidný dôchodok takto r o z h o d o l : Súd rozhodnutie odporkyne číslo XXX XXX XXXX X - B.. zo dňa 22. augusta 2013 p o t v r d z u j e. Účastníkom náhradu trov konania nepriznáva. o d ô v o d n e n i e : Rozhodnutím číslo XXX XXX XXXX X zo dňa 6.6.2013 odporkyňa podľa § 70 ods. 1 a § 71 ods. 1 zákona č. 461/2003 Z.z. o sociálnom poistení v znení neskorších predpisov a čl. 46 nariadenia (ES) Európskeho parlamentu a Rady č. 883/2004 o koordinácii systémov sociálneho zabezpečenia zamietla žiadosť navrhovateľa o invalidný dôchodok zo dňa 13. júna 2012. Navrhovateľ návrhom zo dňa 3.7.2013 žiadal preskúmať rozhodnutie odporkyne číslo XXX XXX XXXX X zo dňa 6.6.2013 a uviedol, že jeho zdravotný stav sa zhoršil. Rozhodnutím číslo XXX XXX XXXX X - B.. zo dňa 22.8.2013 odporkyňa podľa § 112 zákona č. 461/2003 Z.z. o sociálnom poistení zrušila rozhodnutie Sociálnej poisťovne, ústredie, č. XXX XXX XXXX zo dňa 6. júna 2013 o zamietnutí žiadosti o priznanie invalidného dôchodku a súčasne vyhovela v celom rozsahu opravnému prostriedku navrhovateľa. Rozhodnutím číslo XXX XXX XXXX X - B.. zo dňa 22. augusta 2013 odporkyňa podľa § 70 ods. 1 zákona č. 461/2003 Z.z. o sociálnom poistení v znení neskorších predpisov zamietla žiadosť navrhovateľa o invalidný dôchodok. Rozhodla tak s odôvodnením, že navrhovateľ pred vznikom invalidity, pred 6. májom 2013 nezískal žiadny deň obdobia dôchodkového poistenia, čím nesplnil podmienku potrebného počtu rokov obdobia dôchodkového poistenia na vznik nároku na invalidný dôchodok. Krajský súd preskúmal napadnuté rozhodnutie podľa § 250l a nasl. O.s.p., prejednal návrh navrhovateľa a dospel k záveru, že návrh nie je dôvodný. Navrhovateľovi bola uznesením Krajského súdu v Bratislave č.k. 10Scud/15/2013-19 zo dňa 16.12.2013 ustanovená opatrovníčka podľa § 29 ods. 2 Občianskeho súdneho poriadku (ďalej len O.s.p.), nakoľko navrhovateľ je postihnutý duševnou chorobou. Krajský súd vykonal dokazovanie výsluchom odporkyne, posudkom posudkového lekára Sociálnej poisťovne pobočky Bratislava zo dňa 17. mája 2013, posudkom posudkového lekára Sociálnej poisťovne pobočky Bratislava zo dňa 1. augusta 2013, oboznámil sa s dávkovým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72 ods. 1 písm. b) cit. zákona počet rokov dôchodkového poistenia na vznik nároku na invalidný dôchodok poistenca vo veku nad 20 rokov do 24 rokov je najmenej jeden rok. Podľa § 72 ods. 2 cit. zákona počet rokov dôchodkového poistenia na vznik nároku na invalidný dôchodok sa zisťuje z obdobia pred vznikom invalidity.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Posudkový lekár Sociálnej poisťovne pobočka Bratislava v posudku zo dňa 17.mája 2013 uviedol, že navrhovateľ nie je invalidný podľa § 71 ods. 1 zákona č. 461/2003 Z.z. o sociálnom poistení, lebo pre dlhodobo nepriaznivý zdravotný stav nemá pokles schopnosti vykonávať zárobkovú činnosť o viac ako 40 % v porovnaní so zdravou fyzickou osobou. Mieru poklesu schopnosti vykonávať zárobkovú činnosť v percentách určil 30 %. Uviedol, že invalidita nevznikla. Navrhovateľ žiadosťou spísanou dňa 3.7.2013 požiadal o priznanie invalidného dôchodku. Podľa posudku posudkového lekára sociálneho poistenia Sociálnej poisťovne, pobočky Bratislava zo dňa 1.8.2013, je navrhovateľ invalidný od 6.5.2013 s mierou poklesu schopnosti vykonávať zárobkovú činnosť 75 % v porovnaní so zdravou fyzickou osobou. Posudkový lekár v posudku uviedol, že navrhovateľ bol opakovane hospitalizovaný na psychiatrickom oddelení, naposledy od 6.5.2013 do 14.6.2013, kedy psychologické vyšetrenie potvrdilo psychotickú poruchu s defektom osobnosti, stav preklasifikovaný na paranoidnú schizofréniu, čo viedlo k úprave liečby. Uviedol, že navrhovateľ t.č. nie je spôsobilý vykonávať žiadnu pracovnú činnosť, preto v rámci autoremedúry zvyšuje MPSVZČ na 75 %. K zhoršeniu stavu došlo v deň prijatia na psychiatrické oddelenie, t.j. 6.5.2013, preto invaliditu uznáva týmto dňom. Rozhodujúcim zdravotným postihnutím u navrhovateľa sú duševné choroby a poruchy správania, schizofrénia - ťažké formy (kapitola V., položka 2 písmeno b) prílohy č. 4 zákona č. 461/2003 Z.z. o sociálnom poistení), kde mieru poklesu schopnosti vykonávať zárobkovú činnosť stanovil na 75%. Ďalej uviedol, že navrhovateľ je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je 75 %. Invalidita vznikla v dôsledku choroby. Opatrovníčka navrhovateľa sa na pojednávanie súdu dňa 10.11.2015 napriek riadnemu predvolaniu nedostavila, svoju neúčasť na ňom ospravedlnila a súhlasila s prejednaním veci bez jej účasti, a preto súd podľa § 101 ods. 2 Občianskeho súdneho poriadku (ďalej len O.s.p.) vec prejednal v jej neprítomnosti. Zástupkyňa odporkyne uviedla, že navrhovateľ bol uznaný za invalidného s MPSVZČ v percentách 75 % od 6.5.2013. V dôsledku toho bolo opätovne rozhodnuté o nároku na invalidný dôchodok s tým, že žiadosť o invalidný dôchodok bola opätovné zamietnutá z dôvodu, že navrhovateľ nezískal potrebný počet rokov obdobia dôchodkového poistenia podľa § 72 zákona č. 461/2003 Z.z. v znení neskorších predpisov. Navrhovateľ pred vznikom invalidity, nezískal žiadny deň obdobia dôchodkového poistenia. Vzhľadom na uvedené žiadala nové rozhodnutie číslo XXX XXX XXXX X - B. zo dňa 22.08.2013 ako vecne správne potvrdiť. Posudkový lekár sociálneho poistenia Sociálnej poisťovne pobočka Bratislava v posudku zohľadnil všetky navrhovateľom uvádzané ťažkosti a vysporiadal sa s lekárskymi nálezmi nachádzajúcimi sa v zdravotnej dokumentácii navrhovateľa a určil, že rozhodujúcim zdravotným postihnutím u navrhovateľa sú duševné choroby a poruchy správania, schizofrénia - ťažké formy (kapitola V., položka 2, písm.b) prílohy č. 4 zákona č. 461/2003 Z.z.). Určil mieru poklesu schopnosti vykonávať zárobkovú činnosť 75 %. Celková miera poklesu schopnosti vykonávať zárobkovú činnosť u navrhovateľa je 75 %. Dátum vzniku invalidity stanovil od 6.5.2013. Navrhovateľ je invalidný podľa § 71 ods. 1 zákona č. 461/2003 Z.z. o sociálnom poistení, lebo pre dlhodobo nepriaznivý zdravotný stav má pokles schopnosti vykonávať zárobkovú činnosť o viac ako 40 % v porovnaní so zdravou fyzickou osobou. Z vyššie uvedeného vyplýva, že navrhovateľ splnil medicínsku podmienku nároku na invalidný dôchodok. Potrebný počet rokov obdobia dôchodkového poistenia na vznik nároku na invalidný dôchodok poistenca vo veku nad 20 rokov do 24 rokov je najmenej jeden rok a zisťuje sa z obdobia pred vznikom invalidity. Navrhovateľ ku dňu vzniku invalidity, t.j. k 6. máju 2013 dosiahol vek 22 rokov, preto splnenie zákonom stanovenej podmienky získania potrebného počtu rokov obdobia dôchodkového poistenia na nárok na invalidný dôchodok, je podmienené získaním najmenej 1 roku obdobia dôchodkového poistenia pred vznikom invalidity. Z obsahu evidenčného a spisového materiálu vyplýva, že navrhovateľ pred vznikom invalidity, t.j. pred 5. májom 2013, nezískal žiadny deň obdobia dôchodkového poistenia. Vzhľadom na to, že navrhovateľ nezískal pred vznikom invalidity žiadny deň obdobia dôchodkového poistenia, čím nesplnil zákonom stanovenú podmienku na vznik nároku na invalidný dôchodok podľa § 70 ods. 1 zákona č. 461/2003 Z.z. o sociálnom poistení v znení neskorších predpisov, bola jeho žiadosť o invalidný dôchodok novým rozhodnutím správne zamietnutá. Nakoľko navrhovateľ v žiadosti o invalidný dôchodok uviedol, že v období od 1.9.2008 do 20.9.2011 študoval na strednej škole a v období od 23.9.2011 je vedený v evidencii nezamestnaných, odporkyňa listom zo dňa 16.01.2015 oznámila navrhovateľovi, že podľa § 142 ods. 3 zákona č. 461/2003 Z.z. o sociálnom poistení v znení neskorších predpisov poistné na dôchodkové poistenie sa môže zaplatiť aj dodatočne. Z dávkového spisu odporkyne vyplýva, že navrhovateľ doteraz nezaplatil poistné, a nebolo vo veci vydané zmenové rozhodnutie. Taktiež z podania opatrovníčky navrhovateľa zo dňa 11.9.2015 vyplýva, že poistné na dôchodkové poistenie doposiaľ navrhovateľ neuhradil. Zo zisteného skutkového stavu súd mal za to, že žiadosť navrhovateľa o invalidný dôchodok odporkyňa správne zamietla podľa citovaných zákonných ustanovení. Krajský súd preto z vyššie uvedených dôvodov napadnuté rozhodnutie číslo XXX XXX XXXX X - B.. zo dňa 22. augusta 2013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https://www.kauzis.sk/judikatura/r/ECLI:SK:KSBA:2015:1013201468.2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