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5Sp/72/2013 z 29. 4. 2015</w:t>
      </w:r>
    </w:p>
    <w:p>
      <w:r>
        <w:t>Uznesenie Krajského súdu Bratislava z 29. apríla 2015, sp. zn. 5Sp/72/2013, ECLI:SK:KSBA:2015:1013201490.1</w:t>
      </w:r>
    </w:p>
    <w:p>
      <w:r>
        <w:t>Súd: Krajský súd Bratislava</w:t>
      </w:r>
    </w:p>
    <w:p>
      <w:r>
        <w:t>Spisová značka: 5Sp/72/2013</w:t>
      </w:r>
    </w:p>
    <w:p>
      <w:r>
        <w:t>ECLI: ECLI:SK:KSBA:2015:1013201490.1</w:t>
      </w:r>
    </w:p>
    <w:p>
      <w:r>
        <w:t>Dátum vydania: 29.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5Sp/72/2013 Identifikačné číslo súdneho spisu: 1013201490 Dátum vydania rozhodnutia: 30. 04. 2015 Meno a priezvisko sudcu, VSÚ: JUDr. Peter Pospech ECLI: ECLI:SK:KSBA:2015:1013201490.1 Uznesenie Krajský súd v Bratislave v právnej veci navrhovateľa: Z., K..Q..X.., K. K. Z. X, P.: XX XXX XXX, XXX XX C., proti odporcovi: Mestská časť Bratislava - Staré Mesto, so sídlom Vajanského nábrežie 3, IČO: 00 603 147, 814 21 Bratislava, o preskúmanie rozhodnutia odporcu č.: 50/O/2013/Juh zo dňa 21.5.2013, takto r o z h o d o l : Súd konanie z a s t a v u j e . Žiaden z účastníkov nemá právo na náhradu trov konania. o d ô v o d n e n i e : Navrhovateľ svojím návrhom zo dňa 3.7.2013 žiadal preskúmať rozhodnutie odporcu č.: 50/O/2013/Juh zo dňa 21.5.2013, ktorým odporca zamietol žiadosť o určenie osobitnej prevádzkovej doby nad rámec všeobecnej prevádzkovej doby prevádzky C. R. S. N. C., D. XX. Písomným prehlásením došlým súdu dňa 28.4.2015 navrhovateľ vzal späť návrh v celom rozsahu a žiadal konanie zastaviť.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https://www.kauzis.sk/judikatura/r/ECLI:SK:KSBA:2015:1013201490.1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