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5S/202/2013 z 4. 6. 2015</w:t>
      </w:r>
    </w:p>
    <w:p>
      <w:r>
        <w:t>Uznesenie Krajského súdu Bratislava z 4. júna 2015, sp. zn. 5S/202/2013, ECLI:SK:KSBA:2015:1013201515.3</w:t>
      </w:r>
    </w:p>
    <w:p>
      <w:r>
        <w:t>Súd: Krajský súd Bratislava</w:t>
      </w:r>
    </w:p>
    <w:p>
      <w:r>
        <w:t>Spisová značka: 5S/202/2013</w:t>
      </w:r>
    </w:p>
    <w:p>
      <w:r>
        <w:t>ECLI: ECLI:SK:KSBA:2015:1013201515.3</w:t>
      </w:r>
    </w:p>
    <w:p>
      <w:r>
        <w:t>Dátum vydania: 4.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5S/202/2013 Identifikačné číslo súdneho spisu: 1013201515 Dátum vydania rozhodnutia: 05. 06. 2015 Meno a priezvisko sudcu, VSÚ: Mgr. Helena Marcinkechová ECLI: ECLI:SK:KSBA:2015:1013201515.3 Uznesenie Krajský súd v Bratislave v právnej veci: N.. G. M., G. XX, XXX XX H., zastúpený: Mgr. Kristína Grausová, advokátka, Františkánske nám. 3, 811 01 Bratislava, proti žalovanej: Sociálna poisťovňa - ústredie, ul. 29. augusta 8-10, 813 63 Bratislava, o preskúmanie zákonnosti rozhodnutia žalovanej č. XXXX-X/XXXX- BA zo dňa XX.XX.XXXX, takto r o z h o d o l : Súd opravuje záhlavie rozsudku č.k. XS/XXX/XXXX-XX zo dňa XX.X.XXXX v časti mena a priezviska právnej zástupkyne žalobcu, keď toto správne znie I.. Y. K.. o d ô v o d n e n i e : Pri písomnom vyhotovení rozsudku č.k. XS/XXX/XXXX-XX zo dňa XX.X.XXXX došlo k pisárskej chybe, keď v záhlaví tohto rozsudku bola ako právna zástupkyňa žalobcu označená I.. Y. Y.. Správne meno právnej zástupkyne žalobcu znie I.. Y. K..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https://www.kauzis.sk/judikatura/r/ECLI:SK:KSBA:2015:1013201515.3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