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6S/203/2013 z 19. 3. 2015</w:t>
      </w:r>
    </w:p>
    <w:p>
      <w:r>
        <w:t>Uznesenie Krajského súdu Bratislava z 19. marca 2015, sp. zn. 6S/203/2013, ECLI:SK:KSBA:2015:1013201524.1</w:t>
      </w:r>
    </w:p>
    <w:p>
      <w:r>
        <w:t>Súd: Krajský súd Bratislava</w:t>
      </w:r>
    </w:p>
    <w:p>
      <w:r>
        <w:t>Spisová značka: 6S/203/2013</w:t>
      </w:r>
    </w:p>
    <w:p>
      <w:r>
        <w:t>ECLI: ECLI:SK:KSBA:2015:1013201524.1</w:t>
      </w:r>
    </w:p>
    <w:p>
      <w:r>
        <w:t>Dátum vydania: 19.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6S/203/2013 Identifikačné číslo súdneho spisu: 1013201524 Dátum vydania rozhodnutia: 20. 03. 2015 Meno a priezvisko sudcu, VSÚ: JUDr. Judita Kokolevská ECLI: ECLI:SK:KSBA:2015:1013201524.1 Uznesenie Krajský súd v Bratislave v právnej veci žalobcu: Cromicron Energy a.s., so sídlom Plynárenská 7/ A, 821 09 Bratislava právne zastúpený: JUDr. Rastislav Hanulák, AK Capital Legal Group s.r.o., so sídlom Kollárovo námestie 20, 811 06 Bratislava proti žalovanému: Úrad pre reguláciu sieťových odvetví, Bajkalská 27, 820 07 Bratislava o preskúmanie zákonnosti rozhodnutí žalovaného č. 17827/2013/BA a č. 18728/2013/BA, obe zo dňa 17.6.2013, jednohlasne, takto r o z h o d o l : Krajský súd v Bratislave konanie z a s t a v u j e . Žiaden z účastníkov n e m á nárok na náhradu trov konania. Súd v r a c i a súdny poplatok žalobcovi vo výške 126,60,- € prostredníctvom Slovenskej pošty, a.s.. Poplatok bude vrátený po nadobudnutí právoplatnosti tohto uznesenia. o d ô v o d n e n i e : Žalobou podanou na Krajskom súde v Bratislave dňa 21.8.2013 sa žalobca domáhal preskúmania zákonnosti rozhodnutí žalovaného č. 17827/2013/BA a č. 18728/2013/BA obe zo dňa 17.6.2013, ktorými bolo žalobcovi oznámené o zastavení konania. Pred rozhodnutím vo veci samej žalobca svojím podaním doručeným súdu dňa 16.2.2015 oznámil, že berie svoju žalobu v celom rozsahu späť. Uviedol, že došlo k zmene jeho identifikačných údajov a to, že sa zmenilo pôvodné obchodné meno Energetické Centrum, a.s. na nové obchodné meno Cromicron Energy, a.s. a taktiež došlo k zmene registrového sídla na adresu Plynárenská 7/A. Žalobca sa domáhal vrátenia súdneho poplatku v súlade s § 11 ods. 3 zákona č. 71/1992 Zb. o súdnych poplatkoch a poplatku za výpis z registra trestov.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Nakoľko žalobca sa domáhal súdneho prieskumu dvoch rozličných rozhodnutí, bol vyzvaný na uhradenie súdneho poplatku za žalobu vo výške 140,- € (súdny poplatok za jedno rozhodnutie je podľa zákona č. 71/1992 Zb. o súdnych poplatkoch vo výške 70,-€). Podľa ustanovenia § 11 ods. 3 posledná veta zákona č. 71/1992 Zb. o súdnych poplatkoch a poplatku za výpis z registra trestov (ďalej len ,,zákon o súdnych poplatkoch“) sa poplatok vráti v konaní o preskúmaní rozhodnutia orgánu verejnej správy, ak sa návrh na začatie konania vzal späť pred prejednaním veci alebo ak bolo konanie zastavené z dôvodu, že účastník nebol v konaní riadne zastúpený. Podľa ustanovenia § 11 ods. 4 zákona o súdnych poplatkoch okrem poplatku v rozvodovom konaní a poplatku, ktorý sa vracia podľa odseku 1, sa poplatok alebo jeho časť (preplatok) vracia krátený o 1%, najmenej však 6,70 eura. Ak sa návrh vzal späť pred zaplatením poplatku, poplatok sa nevyrubuje. Podľa ustanovenia § 11 ods. 6 zákona o súdnych poplatkoch, ak sa má vrátiť poplatok alebo preplatok poplatku, súd alebo orgán štátnej správy súdov zašle odpis právoplatného rozhodnutia o jeho vrátení daňovému úradu príslušnému podľa trvalého pobytu (sídla) poplatníka, ktorý poplatok alebo preplatok poplatku vráti; v prípade, že orgán štátnej správy súdov nevydal rozhodnutie, zašle písomné upovedomenie o spôsobe vybavenia sťažnosti podľa osobitného zákona. Podľa ustanovenia § 11 ods. 11 zákona o súdnych poplatkoch poplatok, ktorý sa má vrátiť podľa odsekov 4, 7, až 10 sa zaokrúhli na eurocenty nahor. Nakoľko žalobca zaplatil súdny poplatok za žalobu vo výške 140,- € a vzhľadom na vyššie uvedené citované ustanovenia zákona vzal žalobu späť, súd rozhodol o zastavení konania a vrátení kráteného súdneho poplatku /140,- € - (2 x 6,70,- €)/ tak, ako je uvedené vo výroku tohto uznesenia.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https://www.kauzis.sk/judikatura/r/ECLI:SK:KSBA:2015:1013201524.1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