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8Sd/102/2013 z 6. 4. 2015</w:t>
      </w:r>
    </w:p>
    <w:p>
      <w:r>
        <w:t>Uznesenie Krajského súdu Bratislava z 6. apríla 2015, sp. zn. 8Sd/102/2013, ECLI:SK:KSBA:2015:1013201534.2</w:t>
      </w:r>
    </w:p>
    <w:p>
      <w:r>
        <w:t>Súd: Krajský súd Bratislava</w:t>
      </w:r>
    </w:p>
    <w:p>
      <w:r>
        <w:t>Spisová značka: 8Sd/102/2013</w:t>
      </w:r>
    </w:p>
    <w:p>
      <w:r>
        <w:t>ECLI: ECLI:SK:KSBA:2015:1013201534.2</w:t>
      </w:r>
    </w:p>
    <w:p>
      <w:r>
        <w:t>Dátum vydania: 6.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8Sd/102/2013 Identifikačné číslo súdneho spisu: 1013201534 Dátum vydania rozhodnutia: 07. 04. 2015 Meno a priezvisko sudcu, VSÚ: JUDr. Peter Pospech ECLI: ECLI:SK:KSBA:2015:1013201534.2 Uznesenie Krajský súd v Bratislave v právnej veci navrhovateľky: X. Š., E. Č. XXXXXX/XXXX, V. T. XXXX/XX, XXX XX P., proti odporkyni: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došlým dňa 18.6.2013 Sociálnej poisťovni - ústredie v Bratislave žiadala preskúmať rozhodnutie odporkyne číslo XXX XXX XXXX zo dňa 24.5.2013, ktorým odporkyňa zamietla žiadosť navrhovateľky o invalidný dôchodok. Po vysvetlení predmetu sporu dňa 7.4.2015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https://www.kauzis.sk/judikatura/r/ECLI:SK:KSBA:2015:1013201534.2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