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6S/206/2013 z 19. 3. 2015</w:t>
      </w:r>
    </w:p>
    <w:p>
      <w:r>
        <w:t>Uznesenie Krajského súdu Bratislava z 19. marca 2015, sp. zn. 6S/206/2013, ECLI:SK:KSBA:2015:1013201551.4</w:t>
      </w:r>
    </w:p>
    <w:p>
      <w:r>
        <w:t>Súd: Krajský súd Bratislava</w:t>
      </w:r>
    </w:p>
    <w:p>
      <w:r>
        <w:t>Spisová značka: 6S/206/2013</w:t>
      </w:r>
    </w:p>
    <w:p>
      <w:r>
        <w:t>ECLI: ECLI:SK:KSBA:2015:1013201551.4</w:t>
      </w:r>
    </w:p>
    <w:p>
      <w:r>
        <w:t>Dátum vydania: 19. 3. 2015</w:t>
      </w:r>
    </w:p>
    <w:p>
      <w:r>
        <w:t>Forma: Uznesenie</w:t>
      </w:r>
    </w:p>
    <w:p>
      <w:pPr>
        <w:pStyle w:val="Heading2"/>
      </w:pPr>
      <w:r>
        <w:t>Text rozhodnutia</w:t>
      </w:r>
    </w:p>
    <w:p>
      <w:r>
        <w:t>Súd: Krajský súd Bratislava Spisová značka: 6S/206/2013 Identifikačné číslo súdneho spisu: 1013201551 Dátum vydania rozhodnutia: 20. 03. 2015 Meno a priezvisko sudcu, VSÚ: JUDr. Soňa Langová ECLI: ECLI:SK:KSBA:2015:1013201551.4 Uznesenie Krajský súd v Bratislave v právnej veci žalobcu: I.. M. G., Y. XXX, XXX XX U., zastúpený advokátskou kanceláriou Kucek, Havlík &amp; Partners, s.r.o., Šoltésovej 12, 811 08 Bratislava proti žalovanému: Slovenská národná strana, Šafárikovo nám. č. 3, 814 99 Bratislava o preskúmanie zákonnosti uznesenia Predsedníctva Slovenskej národnej strany zo dňa 29.7.2013 o vylúčení žalobcu zo SNS z disciplinárnych dôvodov, takto r o z h o d o l : Krajský súd v Bratislave konanie z a s t a v u j e. Účastníkom náhradu trov konania nepriznáva. o d ô v o d n e n i e : Žalobou doručenou súdu dňa 26.8.2013 sa žalobca domáhal preskúmania uznesenia Predsedníctva Slovenskej národnej strany zo dňa 29.7.2013, ktorým tento orgán rozhodol o vylúčení žalobcu zo SNS z disciplinárnych dôvodov. Žalobca v žalobe uviedol, že dôvody podania žaloby doplní po obdržaní samotného rozhodnutia. Žalobca svoju žalobu nedoplnil. Žalovaný vo svojom vyjadrení k žalobe súdu oznámil, že žaloba je podaná predčasne a zmätočne ešte pred tým, ako bolo žalobcovi doručené písomné vyhotovenie rozhodnutia o vylúčení zo strany a ako prebehlo odvolacie konanie na Rozhodcovskej komisii Slovenskej národnej strany. Žiadal konanie zastaviť s poukazom na nesplnenie podmienok podľa ust. § 249 ods. 2, 247 ods. 2 O.s.p. Súdu zároveň predložil administratívny spis obsahujúci rozhodnutie žalovaného o vylúčení žalobcu zo SNS podľa čl. 4, písm. c) Disciplinárneho poriadku SNS za porušenie straníckej disciplíny a porušenia stanov SNS. Žalobca bol informovaný o možnosti podať opravný prostriedok podaním odvolania do 14 dní od doručenia rozhodnutia. Rozhodnutie žalobca prevzal dňa 31.9.2013 Z obsahu podanej žaloby vyplýva, že žalobca sa domáhal postupu podľa ustanovení druhej hlavy, piatej časti Občianskeho súdneho poriadku (O.s.p.), upravujúcej rozhodovanie o žalobách proti rozhodnutiam a postupom správnych orgánov. Podľa § 244 ods. 2,3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samosprávy (ďalej len rozhodnutie správneho orgánu). Rozhodnutiami správnych orgánov sa rozumejú rozhodnutia vydané nimi v správnom konaní, ako aj ďalšie rozhodnutia, ktoré zakladajú, menia alebo zrušujú oprávnenia a povinnosti fyzických a právnických osôb alebo ktorými môžu byť práva, právom chránené záujmy alebo povinnosti fyzických osôb alebo právnických osôb priamo dotknuté. Postupom správneho orgánu sa rozumie aj jeho nečinnosť. Podľa § 245 ods. 1 zákona, pri preskúmaní zákonnosti rozhodnutia správneho orgánu posúdi súd i zákonnosť prv urobeného správneho rozhodnutia, o ktoré sa preskúmavané rozhodnutie opiera, ak bolo preň prv urobené rozhodnutie záväzné a ak nie je na jeho preskúmanie určený osobitný postup. Podľa ust. § 247 ods. 1 až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ust. § 250b ods. 1 O.s.p., žaloba sa musí podať do dvoch mesiacov od doručenia rozhodnutia správneho orgánu v poslednom stupni, pokiaľ osobitný zákon neustanovuje inak. Zameškanie lehoty nemožno odpustiť. Osobitným predpisom v danom prípade, podľa ktorého prebiehalo správne konanie, sú stanovy Slovenskej národnej strany spoločne s Disciplinárnym poriadkom SNS. Podľa zmyslu úpravy § 52 zákona č. 71/1967 Zb. o správnom konaní v znení neskorších predpisov platnosť rozhodnutia znamená, že akt reálne existuje ako výsledok určitého procesu. Okamih platnosti rozhodnutia nastáva, keď bolo v predpísanej forme doručené do sféry adresáta. Účinnosť znamená, že rozhodnutie je schopné spôsobiť zamýšľané dôsledky, t.j. založiť, zmeniť alebo zrušiť určité práva a povinnosti. Rozhodnutie o vylúčení žalobcu z disciplinárnych dôvodov nadobudlo platnosť a účinnosť dňom jeho doručenia žalobcovi, t.j. 31.9.2013, t.j. až po podaní žaloby. Podľa čl. 8 bod 1 a 2 Disciplinárneho poriadku SNS, Proti rozhodnutiu disciplinárneho orgánu majú účastníci konania právo podať odvolanie. Odvolanie možno podať na Rozhodcovskú komisiu SNS do 14 dní odo dňa doručenia rozhodnutia o uložení trestu. V danom prípade súd zistil, že nebola zo strany žalobcu splnená podmienka určená zákonom, konkrétne v ust. § 247 ods. 2 O.s.p., v zmysle ktorej môže byť predmetom súdneho prieskumu len rozhodnutie vydaného po uplatnení riadnych opravných prostriedkov. Žalobca podal žalobu ešte pred tým, ako boli rozhodnutím žalovaného účinne dotknuté jeho práva a ako bolo vydané rozhodnutie po podaní, podľa interných predpisov, prípustného odvolania. Uznesenie Predsedníctva Slovenskej národnej strany zo dňa 29.7.2013 o vylúčení žalobcu zo SNS z disciplinárnych dôvodov nemôže byť predmetom súdneho prieskumu, pretože sa nejedná o rozhodnutie s dosahom na práva žalobcu, keďže nemalo formu rozhodnutia v súlade s ust. § 47 správneho poriadku, jednalo sa len o výsledok rokovania tohto orgánu a prijatie záväzku rozhodnúť o vylúčení žalobcu zo SNS. Až následne na základe tohto rokovania a jeho výsledku bolo vydané rozhodnutie zo dňa 9.9.2013, ktorým došlo k zásahu do práv žalobcu. Žalobca v tomto konaní nepodal na súd žalobu, ktorou by napadol zákonnosť rozhodnutia o odvolaní vydaného Rozhodcovskou komisiou podľa čl. 8 bod 3 Disciplinárneho poriadku SNS. Z uvedeného vyplýva, že nebola splnená podmienka na preskúmanie uznesenia Predsedníctva Slovenskej národnej strany zo dňa 29.7.2013 o vylúčení žalobcu zo SNS z disciplinárnych dôvodov v súlade s ustanovením § 247 ods. 2 O.s.p., a to vyčerpanie riadnych opravných prostriedkov, ktoré sa preň pripúšťajú. Podľa ust. § 103 O.s.p., kedykoľvek za konania prihliada súd na to, či sú splnené podmienky, za ktorých môže konať vo veci (podmienky konania). Podľa ust. § 104 ods. 1, prvá veta O.s.p., ak ide o taký nedostatok podmienky konania, ktorý nemožno odstrániť, súd konanie zastaví.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 základe uvedených dôvodov súd konanie zastavil. O trovách konania súd rozhodol podľa ust. § 146 ods. 1 písm. c/ v spojení s ust. § 246c O.s.p. tak, že žiadnemu z účastníkov nepriznal náhradu trov konania, pretože pre iný postup nebol dôvod. Toto rozhodnutie senát Krajského súdu v Bratislave prijal pomerom hlasov 3 : 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https://www.kauzis.sk/judikatura/r/ECLI:SK:KSBA:2015:1013201551.4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