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2S/209/2013 z 30. 6. 2015</w:t>
      </w:r>
    </w:p>
    <w:p>
      <w:r>
        <w:t>Uznesenie Krajského súdu Bratislava z 30. júna 2015, sp. zn. 2S/209/2013, ECLI:SK:KSBA:2015:1013201583.2</w:t>
      </w:r>
    </w:p>
    <w:p>
      <w:r>
        <w:t>Súd: Krajský súd Bratislava</w:t>
      </w:r>
    </w:p>
    <w:p>
      <w:r>
        <w:t>Spisová značka: 2S/209/2013</w:t>
      </w:r>
    </w:p>
    <w:p>
      <w:r>
        <w:t>ECLI: ECLI:SK:KSBA:2015:1013201583.2</w:t>
      </w:r>
    </w:p>
    <w:p>
      <w:r>
        <w:t>Dátum vydania: 30. 6. 2015</w:t>
      </w:r>
    </w:p>
    <w:p>
      <w:r>
        <w:t>Forma: Uznesenie</w:t>
      </w:r>
    </w:p>
    <w:p>
      <w:pPr>
        <w:pStyle w:val="Heading2"/>
      </w:pPr>
      <w:r>
        <w:t>Text rozhodnutia</w:t>
      </w:r>
    </w:p>
    <w:p>
      <w:r>
        <w:t>Súd: Krajský súd Bratislava Spisová značka: 2S/209/2013 Identifikačné číslo súdneho spisu: 1013201583 Dátum vydania rozhodnutia: 01. 07. 2015 Meno a priezvisko sudcu, VSÚ: JUDr. Vlastimil Pavlikovský ECLI: ECLI:SK:KSBA:2015:1013201583.2 Uznesenie Krajský súd v Bratislave v právnej veci žalobcu: Generali Slovensko poisťovňa, a.s., IČO: 35 709 332, Lamačská cesta 3/A, Bratislava, zastúpený: JUDr. Martin Timcsák, advokát, s.r.o., Laurinská 3, Bratislava, v mene ktorej koná JUDr. Martin Timcsák, advokát a konateľ, proti žalovanému: Ministerstvo pôdohospodárstva a rozvoja vidieka Slovenskej republiky, Dobrovičova 12, Bratislava, o preskúmanie zákonnosti fiktívneho rozhodnutia žalovaného o odvolaní žalobcu proti rozhodnutiu Pôdohospodárskej platobnej agentúry č. XXX/XXXX/XXXX zo dňa 24.05.2013, takto r o z h o d o l : Krajský súd v Bratislave konanie z a s t a v u j e . Žiaden z účastníkov nemá právo na náhradu trov konania. o d ô v o d n e n i e : Žalobou doručenou Krajskému súdu v Bratislave dňa 03.09.2013 sa žalobca domáhal preskúmania zákonnosti fiktívneho rozhodnutia žalovaného o odvolaní žalobcu proti rozhodnutiu Pôdohospodárskej platobnej agentúry č. XXX/XXXX/XXXX zo dňa 24.05.2013 o nevyhovení žiadosti žalobcu o poskytnutie informácií v zmysle zákona č. 211/2000 Z. z. o slobodnom prístupe k informáciám a o zmene a doplnení niektorých zákonov v znení neskorších predpisov, ktorá bola doručená Pôdohospodárskej platobnej agentúre dňa 15.05.2013 a zapísaná pod č. XXX/XXXX/XXXX, o sprístupnenie oznámenia o vyššej moci, ktoré v roku 2006 Pôdohospodárskej platobnej agentúre zaslalo Roľnícke družstvo Vrbová nad Váhom, IČO: 34 122 818. Podaním doručeným Krajskému súdu v Bratislave dňa 06.05.2015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