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5Sp/74/2013 z 13. 4. 2015</w:t>
      </w:r>
    </w:p>
    <w:p>
      <w:r>
        <w:t>Rozsudok Krajského súdu Bratislava z 13. apríla 2015, sp. zn. 5Sp/74/2013, ECLI:SK:KSBA:2015:1013201630.1</w:t>
      </w:r>
    </w:p>
    <w:p>
      <w:r>
        <w:t>Súd: Krajský súd Bratislava</w:t>
      </w:r>
    </w:p>
    <w:p>
      <w:r>
        <w:t>Spisová značka: 5Sp/74/2013</w:t>
      </w:r>
    </w:p>
    <w:p>
      <w:r>
        <w:t>ECLI: ECLI:SK:KSBA:2015:1013201630.1</w:t>
      </w:r>
    </w:p>
    <w:p>
      <w:r>
        <w:t>Dátum vydania: 13. 4. 2015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5Sp/74/2013 Identifikačné číslo súdneho spisu: 1013201630 Dátum vydania rozhodnutia: 14. 04. 2015 Meno a priezvisko sudcu, VSÚ: JUDr. Peter Pospech ECLI: ECLI:SK:KSBA:2015:1013201630.1 ROZSUDOK V MENE SLOVENSKEJ REPUBLIKY Krajský súd v Bratislave pred samosudcom JUDr. Petrom Pospechom, v právnej veci navrhovateľa: H., J..S..Z.., J. J. H. XX, O.: XX XXX XXX, XXX XX T., proti odporcovi: Okresný úrad Bratislava, katastrálny odbor, so sídlom Ružová dolina 27, 821 09 Bratislava, za účasti: E. G., T. P. XXX/XX, XXX XX T., zast. JUDr. Mariánom Ševčíkom, CSc., advokátom, so sídlom Nezábudková 22, 821 01 Bratislava, o preskúmanie rozhodnutia odporcu č. V-30271/12 zo dňa 16.1.2013, takto r o z h o d o l : Súd napadnuté rozhodnutie odporcu č. V-30271/12 zo dňa 16.1.2013 o zamietnutí návrhu na vklad záložného práva do katastra nehnuteľností ako vecne správne p o t v r d z u j e podľa § 250q ods. 2 O.s.p. Navrhovateľ je povinný zaplatiť právnemu zástupcovi účastníčky konania JUDr. Mariánovi Ševčíkovi, CSc. trovy právneho zastúpenia v sume XXX,XX,- eur na účet č. J. a to do 3 dní od právoplatnosti rozhodnutia. Navrhovateľ je povinný zaplatiť na účet tunajšieho súdu súdny poplatok 35,- Eur a to do 3 dní od právoplatnosti rozhodnutia. o d ô v o d n e n i e : Napadnutým rozhodnutím č. V-30271/12 zo dňa 24.4.2013 Správa katastra pre hlavné mesto SR Bratislavu, odbor katastrálnych konaní, príslušná na konanie na základe ustanovenia § 18 ods. 3 a ods. 3 zákona č. 162/1995 Z.z. o katastri nehnuteľností a o zápise vlastníckych a iných práv k nehnuteľnostiam vo veci účastníkov H., J..S..Z.., J. J. H. XX, XXX XX T. a E. G., T. P. XXX/XX, XXX XX T. o návrhu na vklad záložného práva do katastra nehnuteľností podľa § 31 ods. 3 zákona NR SR č. 162/1995 Z.z. o katastri nehnuteľností rozhodla tak, že návrh na vklad záložného práva, podaného v prospech záložného veriteľa a týkajúceho sa nehnuteľnosti vedenej Správou katastra pre hlavné mesto SR Bratislavu na LV č. XXXX, kat.úz. S. ako T. Č.. XX, na X H., R. P.S. XX, R. T. C. J. J. Č. XXX, na pozemku parc.č. XXXXX/ X, parc.č. XXXXX/XX a parc.č. XXXXX/XX a spoluvlastnícky podiel na spoločných častiach a spoločných zariadeniach domu o veľkosti XXXX/XXXXXX zamietol. Svoje rozhodnutie odôvodnil skutočnosťou, že v predloženej dohode o splnomocnení možno konštatovať, že záujem splnomocnenca je v rozpore so záujmom záložcu a s poukazom na ust. § 22 ods. 2 Občianskeho zákonníka je preto takéto zastúpenie neprípustné a právny úkon na základe ktorého vzniklo je neplatný. Takouto dohodou o splnomocnení (pripravená predtlačená forma ako výlučná možnosť bez možnosti voľby inej alternatívy) pri ktorej záložca nemal na výber voľbu iného splnomocnenca je súčasne základom pre vytvorenie nerovného a nevyváženého vzťahu medzi záložcom ako dlžníkom a záložným veriteľom, čo je bezpochyby stav právne nežiaduci, ktorý sa prieči dobrým mravom. Ďalšou skutočnosťou, ktorú odporca pri rozhodnutí o návrhu na vklad bral do úvahy je aj zrejmý nepomer medzi zabezpečovanou pohľadávkou a jej príslušenstvom a hodnotou zabezpečenia (byt v Bratislave). Proti tomuto rozhodnutiu podal navrhovateľ opravný prostriedok v ktorom uviedol, že plnomocenstvo, ktoré tvorí prílohu návrhu na vklad záložného práva je samostatný právny úkon uzavretý medzi dlžníkom a jeho zástupcom, ktorý je úplne nezávislým od veriteľa a jeho zmluvnej dokumentácie. Správny orgán nepreukázal, že by veriteľ do tohto právneho úkonu zasahoval alebo ovplyvňoval jeho obsah. Navrhovateľ sa domnieva, že správa katastra prekročila rámec svojich kompetencií, ktoré vyplývajú z ust. § 31 ods. 1 katastrálneho zákona, keď v odôvodnení rozsudku skúmala rozpor predmetnej zmluvy o úvere s dobrými mravmi a preto považuje napadnuté rozhodnutie správy katastra v tomto smere za nezákonné a preto ho žiada zrušiť a vrátiť odporcovi na nové konanie a rozhodnutie. K predmetu sporu sa odporca vyjadril svojim písomným podaním zo dňa 3.9.2013, kde okrem iného uviedol, že preskúmal predmetný návrh na vklad a jeho prílohy a dospel k záveru, že účastníkmi konania požadovaný vklad záložného práva na základe predloženej zmluvy o zriadení záložného práva č. XXX/XXXX-H. nie je možné povoliť na základe skutočností uvedených v napadnutom rozhodnutí č. V-30271/12 zo dňa 24.4.2013. Krajský súd v Bratislave ako súd vecne a miestne príslušný na konanie podľa tretej hlavy piatej časti O.s.p. preskúmal napadnuté rozhodnutie v rozsahu dôvodov, ktoré uviedol vo svojom opravnom prostriedku navrhovateľ podľa § 244 O.s.p. a po preskúmaní napadnutého rozhodnutia konajúci súd dospel k záveru, že opravný prostriedok navrhovateľa nie je dôvodný. Z obsahu spisového materiálu zistil nasledovný skutkový a právny stav. Predmetom návrhu na vklad záložného práva evidovaného pod č. V-30271/12 je nehnuteľnosť v katastrálnom území S., LV č. XXXX, T. Č.. XX, na X H., P. XX, R. T. C. J. J. Č. XXX, na H. S. B. P. H..Č.. XXXXX/X, H..Č.. XXXXX/XX, H..Č.. XXXXX/XX a spoluvlastnícky podiel na spoločných častiach a spoločných zariadeniach domu o veľkosti XXXX/XXXXXX. Správa katastra po preskúmaní listiny podľa ustanovenia § 31 ods. 3 zákona č. 162/1995 Z.z. o katastri nehnuteľnosti a o zápise vlastníckych a iných práv k nehnuteľnostiam v znení neskorších predpisov návrh na vklad V-30271/12 zamietla rozhodnutím zo dňa 24.4.2013. Výrok o trovách konania súd oprel o neúspešnosť navrhovateľa v spore a súčasne zaviazal navrhovateľa k zaplateniu trov konania právneho zástupcu účastníčky konania JUDr. Mariána Ševčíka, CSc. v sume XXX,XX,- eur, po predloženej špecifikácii, podľa § 250k a l O.s.p. a to: 1/ právne úkony 2 (prevzatie + príprava na konanie, účasť na pojednávaní dňa 14.4.2015). hodnota právneho úkonu......................................................rok 2013 = XXX,XX,- eur .....................................................rok 2015 = XXX,XX,- eur - všetko podľa § 11 ods. 2 vyhlášky MS SR 655/2005 Z.z. v platnom znení. 2/ režijný paušál 2x.....................................................................rok 2013 = X,XX,- eur ....................................................................rok 2015 = X,XX,- eur 3/ Odmena celkom.....................................................................XXX,XX,- eur Vzhľadom na neúspešnosť navrhovateľa v spore zaviazal navrhovateľa k zaplateniu súdneho poplatku za návrh na preskúmanie napadnutého rozhodnutia v sume 35,- eur na účet tunajšieho súdu po právoplatnosti rozhodnutia.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https://www.kauzis.sk/judikatura/r/ECLI:SK:KSBA:2015:1013201630.1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