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5Sp/74/2013 z 14. 5. 2015</w:t>
      </w:r>
    </w:p>
    <w:p>
      <w:r>
        <w:t>Opravné uznesenie Krajského súdu Bratislava z 14. mája 2015, sp. zn. 5Sp/74/2013, ECLI:SK:KSBA:2015:1013201630.2</w:t>
      </w:r>
    </w:p>
    <w:p>
      <w:r>
        <w:t>Súd: Krajský súd Bratislava</w:t>
      </w:r>
    </w:p>
    <w:p>
      <w:r>
        <w:t>Spisová značka: 5Sp/74/2013</w:t>
      </w:r>
    </w:p>
    <w:p>
      <w:r>
        <w:t>ECLI: ECLI:SK:KSBA:2015:1013201630.2</w:t>
      </w:r>
    </w:p>
    <w:p>
      <w:r>
        <w:t>Dátum vydania: 14. 5.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5Sp/74/2013 Identifikačné číslo súdneho spisu: 1013201630 Dátum vydania rozhodnutia: 15. 05. 2015 Meno a priezvisko sudcu, VSÚ: JUDr. Peter Pospech ECLI: ECLI:SK:KSBA:2015:1013201630.2 Opravné uznesenie Krajský súd v Bratislave v právnej veci navrhovateľa: H., J..S..Z.., H. XX, XXX XX T., proti odporcovi: Okresný úrad Bratislava, katastrálny odbor, Ružová dolina 27, 821 09 Bratislava, za účasti: E. G., P. XXX/ XX, XXX XX T., zast. JUDr. Mariánom Ševčíkom, CSc., advokátom, Nezábudková 22, 821 01 Bratislava, o preskúmanie zákonnosti rozhodnutia odporcu č. V-30271/12 zo dňa 24.04.2013, takto r o z h o d o l : Súd o p r a v u je záhlavie a výrok rozsudku Krajského súdu v Bratislave č. k. 5Sp/74/2013-35 zo dňa 14.04.2015 tak, že označenie napadnutého rozhodnutia odporcu správne znie: „č. V-30271/12 zo dňa 24.04.2013.“ o d ô v o d n e n i e : Krajský súd v Bratislave rozhodol vo veci rozsudkom č. k. 5Sp/74/2013-35 zo dňa 14.04.2015, kde v záhlaví a vo výroku rozsudku a označil napadnuté rozhodnutie odporcu číslom V-30271/12 zo dňa 16.01.2013. Podľa ust. § 164 zákona č. 99/1963 Občianskeho súdneho poriadku v znení neskorších predpisov,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Súd dodatočne zistil, že pri písomnom vyhotovovaní rozsudku došlo k chybe v písaní, nakoľko správne označenie čísla napadnutého rozhodnutia odporcu je V-30271/12 zo dňa 24.04.2013, a preto v zmysle citovaných ustanovení vykonal opravu rozsudku týmto opravným uznesením. Poučenie: Proti tomuto uzneseniu možno podať odvolanie v lehote 15 dní odo dňa jeho doručenia na Najvyšší súd Slovenskej republiky prostredníctvom Krajského súdu v Bratislave, písomne, vo dvoch vyhotoveniach.</w:t>
      </w:r>
    </w:p>
    <w:p/>
    <w:p>
      <w:r>
        <w:t>Zdroj: KAUZIS.SK – https://www.kauzis.sk/judikatura/r/ECLI:SK:KSBA:2015:1013201630.2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