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2S/248/2013 z 30. 6. 2015</w:t>
      </w:r>
    </w:p>
    <w:p>
      <w:r>
        <w:t>Uznesenie Krajského súdu Bratislava z 30. júna 2015, sp. zn. 2S/248/2013, ECLI:SK:KSBA:2015:1013201889.2</w:t>
      </w:r>
    </w:p>
    <w:p>
      <w:r>
        <w:t>Súd: Krajský súd Bratislava</w:t>
      </w:r>
    </w:p>
    <w:p>
      <w:r>
        <w:t>Spisová značka: 2S/248/2013</w:t>
      </w:r>
    </w:p>
    <w:p>
      <w:r>
        <w:t>ECLI: ECLI:SK:KSBA:2015:1013201889.2</w:t>
      </w:r>
    </w:p>
    <w:p>
      <w:r>
        <w:t>Dátum vydania: 30. 6. 2015</w:t>
      </w:r>
    </w:p>
    <w:p>
      <w:r>
        <w:t>Forma: Uznesenie</w:t>
      </w:r>
    </w:p>
    <w:p>
      <w:pPr>
        <w:pStyle w:val="Heading2"/>
      </w:pPr>
      <w:r>
        <w:t>Text rozhodnutia</w:t>
      </w:r>
    </w:p>
    <w:p>
      <w:r>
        <w:t>Súd: Krajský súd Bratislava Spisová značka: 2S/248/2013 Identifikačné číslo súdneho spisu: 1013201889 Dátum vydania rozhodnutia: 01. 07. 2015 Meno a priezvisko sudcu, VSÚ: JUDr. Vlastimil Pavlikovský ECLI: ECLI:SK:KSBA:2015:1013201889.2 Uznesenie Krajský súd v Bratislave v právnej veci žalobcu: DONAU, a.s., IČO: 35 821 931, Na Hrebienku 30, Bratislava, zastúpený: JUDr. Peter Petrík, advokát, Komenského 14419/18D, Banská Bystrica, proti žalovanému: Finančné riaditeľstvo Slovenskej republiky, Lazovná 63, Banská Bystrica, o preskúmanie zákonnosti rozhodnutia žalovaného č. XXXXXXX/X/XXXXXX/XXXX/XXXr zo dňa 08.08.2013, takto r o z h o d o l : Krajský súd v Bratislave konanie z a s t a v u j e . Žiaden z účastníkov nemá právo na náhradu trov konania. o d ô v o d n e n i e : Žalobou doručenou Krajskému súdu v Bratislave dňa 23.10.2013 sa žalobca domáhal preskúmania zákonnosti rozhodnutia žalovaného č. XXXXXXX/X/XXXXXX/XXXX/XXXr zo dňa 08.08.2013, ktorým žalovaný podľa § 74 ods. 4 v nadväznosti na § 165b ods. 1 zákona č. 563/2009 Z. z. o správe daní (daňový poriadok) a o zmene a doplnení niektorých zákonov v znení neskorších predpisov (ďalej len „zákon č. 563/2009 Z. z.“) potvrdil rozhodnutie Daňového úradu Bratislava č. XXXXXXX/X/ XXXXXXX/XXXX/NecZ zo dňa 23.04.2013, ktorým určil podľa § 68 ods. 6 zákona č. 563/2009 Z. z. za zdaňovacie obdobie marec 2010 rozdiel dane z pridanej hodnoty v sume 25 983,64 eur a znížil nadmerný odpočet zo sumy 26 301,94 eur na sumu 318,30 eur žalobcovi ako daňovému subjektu. Keďže žalobca spolu so žalobou nezaplatil súdny poplatok za jej podanie, ktorý je 70,- eur, súd ho pod následkom zastavenia konania vyzval na jeho zaplatenie výzvou č. k. 2S/248/2013-36 zo dňa 18.05.2015. Výzva bola spolu s predvolaním, príkazom na úhradu a vyjadrením žalovaného doručená zástupcovi žalobcu dňa 03.06.2015. Žalobca si aj napriek výzve nesplnil poplatkovú povinnosť. Podľa § 5 ods. 1 písm. a) zákona č. 71/1992 Zb. o súdnych poplatkoch a poplatku za výpis z registra trestov v znení neskorších predpisov (ďalej aj len „zákon č. 71/1992 Zb.“), poplatková povinnosť vzniká podaním návrhu, odvolania a dovolania alebo žiadosti na vykonanie poplatkového úkonu, ak je poplatníkom navrhovateľ, odvolateľ a dovolateľ.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Podľa § 10 ods. 1 zákona č. 71/1992 Zb.,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Vzhľadom na to, že žalobca nezaplatil súdny poplatok v lehote ustanovenej vo výzve na jeho zaplatenie, súd rozhodol tak, že konanie vo veci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Toto rozhodnutie senát Krajského súdu v Bratislave prijal pomerom hlasov 3 : 0 (§ 3 ods. 9 zákona č. 757/2004 Z. z. v znení zákona č. 33/2011 Z. 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https://www.kauzis.sk/judikatura/r/ECLI:SK:KSBA:2015:1013201889.2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