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5S/252/2013 z 11. 10. 2015</w:t>
      </w:r>
    </w:p>
    <w:p>
      <w:r>
        <w:t>Opravné uznesenie Krajského súdu Bratislava z 11. októbra 2015, sp. zn. 5S/252/2013, ECLI:SK:KSBA:2015:1013201908.2</w:t>
      </w:r>
    </w:p>
    <w:p>
      <w:r>
        <w:t>Súd: Krajský súd Bratislava</w:t>
      </w:r>
    </w:p>
    <w:p>
      <w:r>
        <w:t>Spisová značka: 5S/252/2013</w:t>
      </w:r>
    </w:p>
    <w:p>
      <w:r>
        <w:t>ECLI: ECLI:SK:KSBA:2015:1013201908.2</w:t>
      </w:r>
    </w:p>
    <w:p>
      <w:r>
        <w:t>Dátum vydania: 11. 10.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5S/252/2013 Identifikačné číslo súdneho spisu: 1013201908 Dátum vydania rozhodnutia: 12. 10. 2015 Meno a priezvisko sudcu, VSÚ: Mgr. Helena Marcinkechová ECLI: ECLI:SK:KSBA:2015:1013201908.2 Opravné uznesenie Krajský súd v Bratislave v právnej veci žalobcu: LOJECT 4 s.r.o., Šoltésovej 2, 811 02 Bratislava, IČO: 45 476 691, zastúpený: JUDr. Milanom Škultétym, advokátom, so sídlom 29.augusta č. 5, 811 08 Bratislava, proti žalovanému: Finančné riaditeľstvo Slovenskej republiky, Lazovná 63, 974 01 Banská Bystrica o preskúmanie zákonnosti rozhodnutia žalovaného č. XXXXXXX/X/XXXXXX/XXXX/XXXX zo dňa XX.XX.XXXX, takto r o z h o d o l : Súd opravuje v záhlaví rozsudku č.k. 5S/252/2013-103 zo dňa 19.5.2015 IČO žalobcu tak, že správne IČO žalobcu znie: 45 476 691. o d ô v o d n e n i e : Pri písomnom vyhotovení rozsudku č.k. 5S/252/2013-103 zo dňa 19.5.2015 došlo k chybe v písaní, keď v záhlaví uvedeného rozsudku bolo ako IČO žalobcu uvedené IČO: 45 476 896, ktoré však je IČO spoločnosti LOJECT 6 s.r.o. Správne IČO žalobcu je: 45 476 691.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https://www.kauzis.sk/judikatura/r/ECLI:SK:KSBA:2015:1013201908.2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