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2S/255/2013 z 9. 3. 2015</w:t>
      </w:r>
    </w:p>
    <w:p>
      <w:r>
        <w:t>Uznesenie Krajského súdu Bratislava z 9. marca 2015, sp. zn. 2S/255/2013, ECLI:SK:KSBA:2015:1013201935.2</w:t>
      </w:r>
    </w:p>
    <w:p>
      <w:r>
        <w:t>Súd: Krajský súd Bratislava</w:t>
      </w:r>
    </w:p>
    <w:p>
      <w:r>
        <w:t>Spisová značka: 2S/255/2013</w:t>
      </w:r>
    </w:p>
    <w:p>
      <w:r>
        <w:t>ECLI: ECLI:SK:KSBA:2015:1013201935.2</w:t>
      </w:r>
    </w:p>
    <w:p>
      <w:r>
        <w:t>Dátum vydania: 9.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2S/255/2013 Identifikačné číslo súdneho spisu: 1013201935 Dátum vydania rozhodnutia: 10. 03. 2015 Meno a priezvisko sudcu, VSÚ: Mgr. Viliam Pohančeník ECLI: ECLI:SK:KSBA:2015:1013201935.2 Uznesenie Krajský súd v Bratislave v právnej veci žalobcu: Energetic Systems, s.r.o., IČO: 46 780 751, Šamorínska 10, Bratislava, proti žalovanému: Finančné riaditeľstvo Slovenskej republiky, Lazovná 63, Banská Bystrica, o preskúmanie zákonnosti postupu a rozhodnutia žalovaného č. XXXXXXX/X/XXXXXX/XXXX/ XXX zo dňa 06.08.2013, takto r o z h o d o l : Krajský súd v Bratislave o d k l a d á vykonateľnosť rozhodnutia žalovaného č. XXXXXXX/ X/XXXXXX/XXXX/XXX zo dňa 06.08.2013 v spojení s rozhodnutím Daňového úradu Bratislava č. XXXXXXX/X/XXXXXXX/XXXX zo dňa 20.05.2013, a to až do právoplatnosti rozhodnutia súdu vo veci samej. o d ô v o d n e n i e : Žalobou doručenou Krajskému súdu v Bratislave dňa 31.10.2013 sa žalobca domáhal preskúmania zákonnosti rozhodnutia žalovaného č. XXXXXXX/X/XXXXXX/XXXX/XXX zo dňa 06.08.2013 (ďalej aj len „napadnuté rozhodnutie“), ktorým žalovaný podľa § 74 ods. 4 zákona č. 563/2009 Z. z. o správe daní (daňový poriadok) a o zmene a doplnení niektorých zákonov v znení neskorších predpisov potvrdil odvolaním napadnuté rozhodnutie Daňového úradu Bratislava č. XXXXXXX/X/XXXXXXX/XXXX zo dňa 20.05.2013, ktorým bola žalobcovi ako žiadateľovi o registráciu pre daň z pridanej hodnoty (ďalej aj len „DPH“) určená povinnosť zložiť zábezpeku na DPH vo výške 500 000 eur na obdobie 12 mesiacov. Žalobca zároveň požiadal Krajský súd v Bratislave o odklad vykonateľnosti napadnutého rozhodnutia v spojení s prvostupňovým rozhodnutím Daňového úradu Bratislava č. XXXXXXX/X/XXXXXXX/XXXX zo dňa 20.05.2013. Oznámením č. k. 2S/255/2013-72 zo dňa 29.10.2014 Krajský súd v Bratislave jeho žiadosti nevyhovel. Krajský súd v Bratislave rozsudkom sp. zn. 2S/255/2013 zo dňa 18.02.2014 zrušil napadnuté rozhodnutie podľa § 250j ods. 2 písm. d) O.s.p. a vec vrátil žalovanému na ďalšie konanie pre nedostatok dôvodov. Dňa 03.03.2015 bola Krajskému súdu v Bratislave osobne doručená opakovaná žiadosť žalobcu o odklad vykonateľnosti napadnutého rozhodnutia v spojení s prvostupňovým rozhodnutím Daňového úradu Bratislava č. 9101302/5/2010087/2013 zo dňa 20.05.2013. V žiadosti poukázal na doterajšiu rozhodovaciu prax Krajského súdu v Bratislave a tiež na skutočnosť, že vo veciach vedených pred tunajším súdom pod sp. zn. 1S/256/2013, 1S/257/2013 a 6S/256/2013 bola odložená vykonateľnosť žalobami napadnutých rozhodnutí. Dňa 29.10.2013 mu bola doručená exekučná výzva zo dňa 22.10.2013 na vymoženie iného peňažného plnenia uloženého prvostupňovým rozhodnutím v sume 500 000 eur. Dňa 03.12.2013 bol Daňovým úradom Bratislava vydaný daňový exekučný príkaz o nariadení daňovej exekúcie prikázaním pohľadávky z účtu v banke. Žalobca mal za to, že nariadením daňovej exekúcie sa dostal do prvotnej platobnej neschopnosti, čo mu spôsobilo veľké ťažkosti s uhrádzaním svojich záväzkov. Začatie daňovej exekúcie spôsobilo aj vypovedanie zmluvy o bežnom účte a poškodenie jeho mena v príslušnej banke. Daňová exekúcia bola podľa jeho názoru vykonaná na základe nezákonného rozhodnutia správcu dane, ktoré sa stalo vykonateľným. Aj v súčasnosti mu vznikla druhotná platobná neschopnosť v podobe ovplyvnenia platobnej schopnosti tretích subjektov v reťazení záväzkových vzťahov, ktorá môže prerásť do prvotnej platobnej neschopnosti vrátane hrozby konkurzu. Ďalej zdôraznil, že závažná ujma nastala vypovedaním zmluvy o bežnom účte zo dňa 11.12.2013, pričom ďalšia závažná ujma v spojení s obmedzením podnikania reálne existuje, pretože okamžitým výkonom napadnutého rozhodnutia by bola existencia žalobcu vážne ohrozená z dôvodu vzniku povinnosti podať návrh na vyhlásenie konkurzu. V tejto súvislosti poukázal na právo na súdnu ochranu a na to, že ak by súd odmietol vydať uznesenie o odklade vykonateľnosti napadnutého rozhodnutia, došlo by k odmietnutiu spravodlivosti. Podľa § 250c veta druhá O.s.p., na žiadosť účastníka môže predseda senátu uznesením vykonateľnosť rozhodnutia odložiť, ak by okamžitým výkonom napadnutého rozhodnutia hrozila závažná ujma. Krajský súd v Bratislave považoval dôvody uvedené v opakovanej žiadosti žalobcu o odklad vykonateľnosti vo výroku identifikovaných rozhodnutí za opodstatnené, pričom predovšetkým zohľadnil skutočnosť, že napadnuté rozhodnutie bolo rozsudkom tunajšieho súdu sp. zn. 2S/255/2013 zo dňa 18.02.2014 zrušené pre jeho nezákonnosť a žalovaný je povinný doplniť dôvody, ktoré ho viedli k jeho vydaniu. Súd sa stotožnil s názorom žalobcu, že ich okamžitým výkonom mu hrozí závažná ujma spočívajúca v platobnej neschopnosti uhrádzať vzniknuté záväzky. Platobná neschopnosť žalobcu by mohla negatívne ovplyvniť aj platobnú schopnosť tretích subjektov v reťazení záväzkových vzťahov. Neodloženie vykonateľnosti by mohlo mať za následok vznik nenapraviteľných škôd na jeho majetku a v konečnom dôsledku by vzhľadom na výšku vymáhanej sumy mohlo dôjsť aj k vyhláseniu konkurzu. Táto skutočnosť by nepochybne poškodila žalobcu ako aj meno jeho štatutára v dôsledku neplnenia záväzkov, na plnenie ktorých sa zaviazal. Krajský súd v Bratislave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https://www.kauzis.sk/judikatura/r/ECLI:SK:KSBA:2015:1013201935.2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