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2S/263/2013 z 18. 5. 2015</w:t>
      </w:r>
    </w:p>
    <w:p>
      <w:r>
        <w:t>Uznesenie Krajského súdu Bratislava z 18. mája 2015, sp. zn. 2S/263/2013, ECLI:SK:KSBA:2015:1013201990.2</w:t>
      </w:r>
    </w:p>
    <w:p>
      <w:r>
        <w:t>Súd: Krajský súd Bratislava</w:t>
      </w:r>
    </w:p>
    <w:p>
      <w:r>
        <w:t>Spisová značka: 2S/263/2013</w:t>
      </w:r>
    </w:p>
    <w:p>
      <w:r>
        <w:t>ECLI: ECLI:SK:KSBA:2015:1013201990.2</w:t>
      </w:r>
    </w:p>
    <w:p>
      <w:r>
        <w:t>Dátum vydania: 18. 5.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2S/263/2013 Identifikačné číslo súdneho spisu: 1013201990 Dátum vydania rozhodnutia: 19. 05. 2015 Meno a priezvisko sudcu, VSÚ: JUDr. Marián Trenčan ECLI: ECLI:SK:KSBA:2015:1013201990.2 Uznesenie Krajský súd v Bratislave v právnej veci žalobcu: S.M.S., spol. s r.o., IČO: 31 610 811, Pionierska 423, Dubnica nad Váhom, zastúpený: JUDr. Ľubomír Poruban, advokát, Jilemnického 2, Trenčín, proti žalovanému: Ministerstvo hospodárstva Slovenskej republiky, Mierová 19, Bratislava, o preskúmanie zákonnosti rozhodnutia žalovaného č. XX/XXXX zo dňa 09.09.2013, takto r o z h o d o l : Uznesenie Krajského súdu v Bratislave č. k. 2S/263/2013-40 zo dňa 25.02.2015, ktorým sa konanie zastavilo, sa z r u š u j e v celom rozsahu. o d ô v o d n e n i e : Žalobou doručenou Krajskému súdu v Bratislave dňa 11.11.2013 sa žalobca domáhal preskúmania zákonnosti rozhodnutia žalovaného č. XX/XXXX zo dňa 09.09.2013, ktorým bolo zmenené rozkladom napadnuté rozhodnutie Ministerstva hospodárstva Slovenskej republiky, odboru výkonu obchodných opatrení č. RP-XX-X/XXXX, č. X/XXXX-XXXX zo dňa 10.07.2013 takto: „účastník konania sa dopustil správneho deliktu podľa ustanovenia § 39 ods. 1 písm. c) zákona č. 392/2011 Z. z. tým, že doložil žiadosť zo dňa 12.12.2012, doručenú správnemu orgánu dňa 07.01.2013 a evidovanú pod ev. č. X/XXXX a reg. č. X/XXXX, o udelenie licencie na vývoz výrobkov obranného priemyslu - munície kal. X,XXxXX mm (VM3) v množstve 500 000 ks a cene 32 000 eur z územia Slovenskej republiky na územie Ugandskej republiky - nepravdivým dokladom - Certifikátom konečného užívateľa ref. č. D./K./X/XXXX-XX/XXX zo dňa 6. septembra 2012“, za čo mu bola uložená pokuta vo výške 3 320 eur. Keďže žalobca spolu so žalobou nezaplatil súdny poplatok za jej podanie, ktorý je 70,- eur, súd ho pod následkom zastavenia konania vyzval na jeho zaplatenie výzvou č. k. 2S/263/2013-35 zo dňa 06.02.2015. Predmetná výzva bola spolu s príkazom na úhradu, predvolaním a vyjadrením žalovaného doručená zástupcovi žalobcu dňa 12.02.2015. Žalobca si aj napriek výzve nesplnil poplatkovú povinnosť. Uznesením Krajského súdu v Bratislave č. k. 2S/263/2013-40 zo dňa 25.02.2015 bolo v zmysle ustanovenia § 10 ods. 1 zákona č. 71/1992 Zb. o súdnych poplatkoch a poplatku za výpis z registra trestov v znení neskorších predpisov (ďalej len „zákon č. 71/1992 Zb.“) konanie zastavené z dôvodu, že si žalobca v lehote určenej vo výzve nesplnil poplatkovú povinnosť podľa § 5 ods. 1 písm. a/ zákona č. 71/1992 Zb.. Žalobca v 15 dňovej lehote na odvolanie stanovenej v uznesení zaplatil dňa 20.03.2015 súdny poplatok vo výške 70,- eur. Dňa 30.03.2015 bolo tunajšiemu súdu doručené oznámenie zástupcu žalobcu o zaplatení súdneho poplatku, v ktorom navrhol, aby súd uznesenie o zastavení konania zrušil. V zmysle § 10 ods. 3 zákona č. 71/1992 Zb., prvostupňový súd zruší uznesenie o zastavení konania pre nezaplatenie súdneho poplatku, ak poplatník zaplatí súdny poplatok do konca lehoty na podanie odvolania. Prvostupňový súd zruší uznesenie o zastavení konania pre nezaplatenie súdneho poplatku aj vtedy, ak bolo konanie prerušené podľa osobitného predpisu a správca v ňom pokračuje namiesto poplatníka. Vzhľadom na to, že žalobca zaplatil súdny poplatok za podanú žalobu v rámci lehoty na odvolanie, súd v zmysle § 10 ods. 3 veta prvá zákona č. 71/1992 Zb. uznesenie o zastavení konania zrušil a v konaní bude pokračovať. Poučenie: Proti tomuto uzneseniu je možné podať odvolanie v lehote 15 dní odo dňa jeho doručenia, a to písomne, v troch vyhotoveniach na Najvyšší súd Slovenskej republiky prostredníctvom Krajského súdu v Bratislave. V odvolaní sa má uviesť, ktorému súdu je určené, kto ho robí, ktorej veci sa týka, čo sleduje,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https://www.kauzis.sk/judikatura/r/ECLI:SK:KSBA:2015:1013201990.2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